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6B7280"/>
          <w:sz w:val="26"/>
        </w:rPr>
        <w:t>Тинкерленд 3D · мастер-классы · 7–14 лет</w:t>
      </w:r>
    </w:p>
    <w:p>
      <w:pPr>
        <w:spacing w:after="80"/>
      </w:pPr>
      <w:r>
        <w:rPr>
          <w:b/>
          <w:i w:val="0"/>
          <w:color w:val="2F7BF5"/>
          <w:sz w:val="48"/>
        </w:rPr>
        <w:t>🛰️ Мастер-классы: Луноход и Дом мечты</w:t>
      </w:r>
    </w:p>
    <w:p>
      <w:pPr>
        <w:spacing w:after="240"/>
      </w:pPr>
      <w:r>
        <w:rPr>
          <w:b w:val="0"/>
          <w:i w:val="0"/>
          <w:color w:val="5A3D22"/>
          <w:sz w:val="26"/>
        </w:rPr>
        <w:t>Большие 3D-проекты на одно занятие: собираем по зелёному контуру, склеиваем и готовим к 3D-печати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ssons-lis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6B7280"/>
          <w:sz w:val="19"/>
        </w:rPr>
        <w:t>Раздел «Уроки»: обычные уроки и «⭐ Мастер-классы»</w:t>
      </w:r>
    </w:p>
    <w:p>
      <w:r>
        <w:rPr>
          <w:b w:val="0"/>
          <w:i w:val="0"/>
        </w:rPr>
        <w:t xml:space="preserve">Как открыть: Тинкерленд 3D → вкладка </w:t>
      </w:r>
      <w:r>
        <w:rPr>
          <w:b/>
          <w:i w:val="0"/>
        </w:rPr>
        <w:t>«Уроки»</w:t>
      </w:r>
      <w:r>
        <w:rPr>
          <w:b w:val="0"/>
          <w:i w:val="0"/>
        </w:rPr>
        <w:t xml:space="preserve"> → раздел </w:t>
      </w:r>
      <w:r>
        <w:rPr>
          <w:b/>
          <w:i w:val="0"/>
        </w:rPr>
        <w:t>«⭐ Мастер-классы»</w:t>
      </w:r>
      <w:r>
        <w:rPr>
          <w:b w:val="0"/>
          <w:i w:val="0"/>
        </w:rPr>
        <w:t>. Зелёный контур показывает, куда поставить фигуру; шаг засчитывается сам. «👆 Покажи, как» — рука показывает фигуру и куда её вести, но делает всё ребёнок.</w:t>
      </w:r>
    </w:p>
    <w:p>
      <w:r>
        <w:br w:type="page"/>
      </w:r>
    </w:p>
    <w:p>
      <w:pPr>
        <w:pStyle w:val="Heading1"/>
      </w:pPr>
      <w:r>
        <w:t>🛰️ Луноход (45 минут)</w:t>
      </w:r>
    </w:p>
    <w:p>
      <w:r>
        <w:rPr>
          <w:b w:val="0"/>
          <w:i/>
        </w:rPr>
        <w:t>Мастер-класс: космическая миссия — луноход с колёсами, солнечной батареей, антенной, камерой и флагом.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k-rover-don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6B7280"/>
          <w:sz w:val="19"/>
        </w:rPr>
        <w:t>Готовая модель «Луноход»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47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Время</w:t>
            </w:r>
          </w:p>
        </w:tc>
        <w:tc>
          <w:tcPr>
            <w:tcW w:type="dxa" w:w="816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Этап</w:t>
            </w:r>
          </w:p>
        </w:tc>
      </w:tr>
      <w:tr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0–5</w:t>
            </w:r>
          </w:p>
        </w:tc>
        <w:tc>
          <w:tcPr>
            <w:tcW w:type="dxa" w:w="816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знакомство: зачем луноходу 6 колёс?</w:t>
            </w:r>
          </w:p>
        </w:tc>
      </w:tr>
      <w:tr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5–15</w:t>
            </w:r>
          </w:p>
        </w:tc>
        <w:tc>
          <w:tcPr>
            <w:tcW w:type="dxa" w:w="816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Корпус</w:t>
            </w:r>
          </w:p>
        </w:tc>
      </w:tr>
      <w:tr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15–22</w:t>
            </w:r>
          </w:p>
        </w:tc>
        <w:tc>
          <w:tcPr>
            <w:tcW w:type="dxa" w:w="816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Энергия</w:t>
            </w:r>
          </w:p>
        </w:tc>
      </w:tr>
      <w:tr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22–35</w:t>
            </w:r>
          </w:p>
        </w:tc>
        <w:tc>
          <w:tcPr>
            <w:tcW w:type="dxa" w:w="816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Связь с Землёй</w:t>
            </w:r>
          </w:p>
        </w:tc>
      </w:tr>
      <w:tr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35–40</w:t>
            </w:r>
          </w:p>
        </w:tc>
        <w:tc>
          <w:tcPr>
            <w:tcW w:type="dxa" w:w="816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Флаг</w:t>
            </w:r>
          </w:p>
        </w:tc>
      </w:tr>
      <w:tr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40–45</w:t>
            </w:r>
          </w:p>
        </w:tc>
        <w:tc>
          <w:tcPr>
            <w:tcW w:type="dxa" w:w="816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склейка и печать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Часть: Корпус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62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Шаг</w:t>
            </w:r>
          </w:p>
        </w:tc>
        <w:tc>
          <w:tcPr>
            <w:tcW w:type="dxa" w:w="147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Фигура</w:t>
            </w:r>
          </w:p>
        </w:tc>
        <w:tc>
          <w:tcPr>
            <w:tcW w:type="dxa" w:w="147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Размер, мм</w:t>
            </w:r>
          </w:p>
        </w:tc>
        <w:tc>
          <w:tcPr>
            <w:tcW w:type="dxa" w:w="215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Где</w:t>
            </w:r>
          </w:p>
        </w:tc>
        <w:tc>
          <w:tcPr>
            <w:tcW w:type="dxa" w:w="3912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Что сказать</w:t>
            </w:r>
          </w:p>
        </w:tc>
      </w:tr>
      <w:tr>
        <w:tc>
          <w:tcPr>
            <w:tcW w:type="dxa" w:w="62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box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40 × 10 × 26</w:t>
            </w:r>
          </w:p>
        </w:tc>
        <w:tc>
          <w:tcPr>
            <w:tcW w:type="dxa" w:w="215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x 0, над столом 14, y 0</w:t>
            </w:r>
          </w:p>
        </w:tc>
        <w:tc>
          <w:tcPr>
            <w:tcW w:type="dxa" w:w="3912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Мы строим луноход для полёта на Луну! Корпус — Куб 40 × 26 × 10 мм, приподнятый над столом на 9 мм: под ним будут колёса.</w:t>
            </w:r>
          </w:p>
        </w:tc>
      </w:tr>
      <w:tr>
        <w:tc>
          <w:tcPr>
            <w:tcW w:type="dxa" w:w="62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cylinder</w:t>
            </w:r>
          </w:p>
        </w:tc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10 × 4 × 10</w:t>
            </w:r>
          </w:p>
        </w:tc>
        <w:tc>
          <w:tcPr>
            <w:tcW w:type="dxa" w:w="215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x -14, над столом 5, y 15 · поворот 90, 0, 0</w:t>
            </w:r>
          </w:p>
        </w:tc>
        <w:tc>
          <w:tcPr>
            <w:tcW w:type="dxa" w:w="391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Колесо — Цилиндр 10 мм, повёрнутый на 90° по X. Ставь его спереди справа, сбоку от корпуса.</w:t>
            </w:r>
          </w:p>
        </w:tc>
      </w:tr>
      <w:tr>
        <w:tc>
          <w:tcPr>
            <w:tcW w:type="dxa" w:w="62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cylinder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10 × 4 × 10</w:t>
            </w:r>
          </w:p>
        </w:tc>
        <w:tc>
          <w:tcPr>
            <w:tcW w:type="dxa" w:w="215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x 0, над столом 5, y 15 · поворот 90, 0, 0</w:t>
            </w:r>
          </w:p>
        </w:tc>
        <w:tc>
          <w:tcPr>
            <w:tcW w:type="dxa" w:w="3912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У лунохода 6 колёс, чтобы не застрять в лунной пыли. Второе — посередине (копия: Ctrl+D).</w:t>
            </w:r>
          </w:p>
        </w:tc>
      </w:tr>
      <w:tr>
        <w:tc>
          <w:tcPr>
            <w:tcW w:type="dxa" w:w="62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4</w:t>
            </w:r>
          </w:p>
        </w:tc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cylinder</w:t>
            </w:r>
          </w:p>
        </w:tc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10 × 4 × 10</w:t>
            </w:r>
          </w:p>
        </w:tc>
        <w:tc>
          <w:tcPr>
            <w:tcW w:type="dxa" w:w="215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x 14, над столом 5, y 15 · поворот 90, 0, 0</w:t>
            </w:r>
          </w:p>
        </w:tc>
        <w:tc>
          <w:tcPr>
            <w:tcW w:type="dxa" w:w="391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Третье колесо — сзади с той же стороны.</w:t>
            </w:r>
          </w:p>
        </w:tc>
      </w:tr>
      <w:tr>
        <w:tc>
          <w:tcPr>
            <w:tcW w:type="dxa" w:w="62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5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cylinder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10 × 4 × 10</w:t>
            </w:r>
          </w:p>
        </w:tc>
        <w:tc>
          <w:tcPr>
            <w:tcW w:type="dxa" w:w="215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x -14, над столом 5, y -15 · поворот 90, 0, 0</w:t>
            </w:r>
          </w:p>
        </w:tc>
        <w:tc>
          <w:tcPr>
            <w:tcW w:type="dxa" w:w="3912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Теперь другая сторона: четвёртое колесо — спереди слева.</w:t>
            </w:r>
          </w:p>
        </w:tc>
      </w:tr>
      <w:tr>
        <w:tc>
          <w:tcPr>
            <w:tcW w:type="dxa" w:w="62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6</w:t>
            </w:r>
          </w:p>
        </w:tc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cylinder</w:t>
            </w:r>
          </w:p>
        </w:tc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10 × 4 × 10</w:t>
            </w:r>
          </w:p>
        </w:tc>
        <w:tc>
          <w:tcPr>
            <w:tcW w:type="dxa" w:w="215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x 0, над столом 5, y -15 · поворот 90, 0, 0</w:t>
            </w:r>
          </w:p>
        </w:tc>
        <w:tc>
          <w:tcPr>
            <w:tcW w:type="dxa" w:w="391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Пятое — посередине слева.</w:t>
            </w:r>
          </w:p>
        </w:tc>
      </w:tr>
      <w:tr>
        <w:tc>
          <w:tcPr>
            <w:tcW w:type="dxa" w:w="62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7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cylinder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10 × 4 × 10</w:t>
            </w:r>
          </w:p>
        </w:tc>
        <w:tc>
          <w:tcPr>
            <w:tcW w:type="dxa" w:w="215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x 14, над столом 5, y -15 · поворот 90, 0, 0</w:t>
            </w:r>
          </w:p>
        </w:tc>
        <w:tc>
          <w:tcPr>
            <w:tcW w:type="dxa" w:w="3912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И шестое — сзади слева. Луноход стоит на колёсах!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Часть: Энергия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62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Шаг</w:t>
            </w:r>
          </w:p>
        </w:tc>
        <w:tc>
          <w:tcPr>
            <w:tcW w:type="dxa" w:w="147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Фигура</w:t>
            </w:r>
          </w:p>
        </w:tc>
        <w:tc>
          <w:tcPr>
            <w:tcW w:type="dxa" w:w="147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Размер, мм</w:t>
            </w:r>
          </w:p>
        </w:tc>
        <w:tc>
          <w:tcPr>
            <w:tcW w:type="dxa" w:w="215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Где</w:t>
            </w:r>
          </w:p>
        </w:tc>
        <w:tc>
          <w:tcPr>
            <w:tcW w:type="dxa" w:w="3912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Что сказать</w:t>
            </w:r>
          </w:p>
        </w:tc>
      </w:tr>
      <w:tr>
        <w:tc>
          <w:tcPr>
            <w:tcW w:type="dxa" w:w="62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8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box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44 × 1.5 × 30</w:t>
            </w:r>
          </w:p>
        </w:tc>
        <w:tc>
          <w:tcPr>
            <w:tcW w:type="dxa" w:w="215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x 0, над столом 19.75, y 0</w:t>
            </w:r>
          </w:p>
        </w:tc>
        <w:tc>
          <w:tcPr>
            <w:tcW w:type="dxa" w:w="3912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На Луне нет розеток — луноход питается от солнца. Солнечная батарея — тонкая синяя Пластина на крыше, чуть шире корпуса.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Часть: Связь с Землёй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62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Шаг</w:t>
            </w:r>
          </w:p>
        </w:tc>
        <w:tc>
          <w:tcPr>
            <w:tcW w:type="dxa" w:w="147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Фигура</w:t>
            </w:r>
          </w:p>
        </w:tc>
        <w:tc>
          <w:tcPr>
            <w:tcW w:type="dxa" w:w="147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Размер, мм</w:t>
            </w:r>
          </w:p>
        </w:tc>
        <w:tc>
          <w:tcPr>
            <w:tcW w:type="dxa" w:w="215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Где</w:t>
            </w:r>
          </w:p>
        </w:tc>
        <w:tc>
          <w:tcPr>
            <w:tcW w:type="dxa" w:w="3912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Что сказать</w:t>
            </w:r>
          </w:p>
        </w:tc>
      </w:tr>
      <w:tr>
        <w:tc>
          <w:tcPr>
            <w:tcW w:type="dxa" w:w="62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9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cylinder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2 × 14 × 2</w:t>
            </w:r>
          </w:p>
        </w:tc>
        <w:tc>
          <w:tcPr>
            <w:tcW w:type="dxa" w:w="215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x 12, над столом 27.5, y 0</w:t>
            </w:r>
          </w:p>
        </w:tc>
        <w:tc>
          <w:tcPr>
            <w:tcW w:type="dxa" w:w="3912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Мачта антенны — тонкий Цилиндр на батарее, ближе к корме.</w:t>
            </w:r>
          </w:p>
        </w:tc>
      </w:tr>
      <w:tr>
        <w:tc>
          <w:tcPr>
            <w:tcW w:type="dxa" w:w="62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10</w:t>
            </w:r>
          </w:p>
        </w:tc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half</w:t>
            </w:r>
          </w:p>
        </w:tc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12 × 6 × 12</w:t>
            </w:r>
          </w:p>
        </w:tc>
        <w:tc>
          <w:tcPr>
            <w:tcW w:type="dxa" w:w="215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x 12, над столом 37.5, y 0 · поворот 180, 0, 0</w:t>
            </w:r>
          </w:p>
        </w:tc>
        <w:tc>
          <w:tcPr>
            <w:tcW w:type="dxa" w:w="391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Тарелка антенны — Полусфера, перевёрнутая чашей вверх (поворот 180° по X). Она ловит сигнал с Земли.</w:t>
            </w:r>
          </w:p>
        </w:tc>
      </w:tr>
      <w:tr>
        <w:tc>
          <w:tcPr>
            <w:tcW w:type="dxa" w:w="62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11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box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8 × 6 × 6</w:t>
            </w:r>
          </w:p>
        </w:tc>
        <w:tc>
          <w:tcPr>
            <w:tcW w:type="dxa" w:w="215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x -14, над столом 23.5, y 0</w:t>
            </w:r>
          </w:p>
        </w:tc>
        <w:tc>
          <w:tcPr>
            <w:tcW w:type="dxa" w:w="3912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Камера — небольшой Куб на батарее спереди. Через неё учёные на Земле видят Луну.</w:t>
            </w:r>
          </w:p>
        </w:tc>
      </w:tr>
      <w:tr>
        <w:tc>
          <w:tcPr>
            <w:tcW w:type="dxa" w:w="62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12</w:t>
            </w:r>
          </w:p>
        </w:tc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cylinder</w:t>
            </w:r>
          </w:p>
        </w:tc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4 × 2 × 4</w:t>
            </w:r>
          </w:p>
        </w:tc>
        <w:tc>
          <w:tcPr>
            <w:tcW w:type="dxa" w:w="215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x -19, над столом 23.5, y 0 · поворот 0, 0, 90</w:t>
            </w:r>
          </w:p>
        </w:tc>
        <w:tc>
          <w:tcPr>
            <w:tcW w:type="dxa" w:w="391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Объектив — маленький Цилиндр, повёрнутый на 90° (по оси Y в панели), чтобы смотрел вперёд.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Часть: Флаг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62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Шаг</w:t>
            </w:r>
          </w:p>
        </w:tc>
        <w:tc>
          <w:tcPr>
            <w:tcW w:type="dxa" w:w="147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Фигура</w:t>
            </w:r>
          </w:p>
        </w:tc>
        <w:tc>
          <w:tcPr>
            <w:tcW w:type="dxa" w:w="147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Размер, мм</w:t>
            </w:r>
          </w:p>
        </w:tc>
        <w:tc>
          <w:tcPr>
            <w:tcW w:type="dxa" w:w="215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Где</w:t>
            </w:r>
          </w:p>
        </w:tc>
        <w:tc>
          <w:tcPr>
            <w:tcW w:type="dxa" w:w="3912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Что сказать</w:t>
            </w:r>
          </w:p>
        </w:tc>
      </w:tr>
      <w:tr>
        <w:tc>
          <w:tcPr>
            <w:tcW w:type="dxa" w:w="62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13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cylinder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1.5 × 20 × 1.5</w:t>
            </w:r>
          </w:p>
        </w:tc>
        <w:tc>
          <w:tcPr>
            <w:tcW w:type="dxa" w:w="215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x 18, над столом 30.5, y -12</w:t>
            </w:r>
          </w:p>
        </w:tc>
        <w:tc>
          <w:tcPr>
            <w:tcW w:type="dxa" w:w="3912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Флагшток — очень тонкий Цилиндр в заднем углу.</w:t>
            </w:r>
          </w:p>
        </w:tc>
      </w:tr>
      <w:tr>
        <w:tc>
          <w:tcPr>
            <w:tcW w:type="dxa" w:w="62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14</w:t>
            </w:r>
          </w:p>
        </w:tc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box</w:t>
            </w:r>
          </w:p>
        </w:tc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10 × 6 × 1</w:t>
            </w:r>
          </w:p>
        </w:tc>
        <w:tc>
          <w:tcPr>
            <w:tcW w:type="dxa" w:w="215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x 23.5, над столом 37.5, y -12</w:t>
            </w:r>
          </w:p>
        </w:tc>
        <w:tc>
          <w:tcPr>
            <w:tcW w:type="dxa" w:w="391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Флаг — тонкий красный Куб на верхушке флагштока. Придумай, какой рисунок будет на флаге!</w:t>
            </w:r>
          </w:p>
        </w:tc>
      </w:tr>
      <w:tr>
        <w:tc>
          <w:tcPr>
            <w:tcW w:type="dxa" w:w="62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15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cone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4 × 4 × 4</w:t>
            </w:r>
          </w:p>
        </w:tc>
        <w:tc>
          <w:tcPr>
            <w:tcW w:type="dxa" w:w="215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x 12, над столом 42.5, y 0</w:t>
            </w:r>
          </w:p>
        </w:tc>
        <w:tc>
          <w:tcPr>
            <w:tcW w:type="dxa" w:w="3912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Последний штрих — Конус-облучатель в центре тарелки антенны.</w:t>
            </w:r>
          </w:p>
        </w:tc>
      </w:tr>
      <w:tr>
        <w:tc>
          <w:tcPr>
            <w:tcW w:type="dxa" w:w="62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16</w:t>
            </w:r>
          </w:p>
        </w:tc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Склеить</w:t>
            </w:r>
          </w:p>
        </w:tc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215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Ctrl+A → «Склеить»</w:t>
            </w:r>
          </w:p>
        </w:tc>
        <w:tc>
          <w:tcPr>
            <w:tcW w:type="dxa" w:w="391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Выдели все детали (Ctrl+A) и нажми «Склеить». Луноход готов к миссии — и к 3D-печати!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8F7EF"/>
          </w:tcPr>
          <w:p>
            <w:r>
              <w:rPr>
                <w:b/>
                <w:i w:val="0"/>
                <w:color w:val="5A3D22"/>
                <w:sz w:val="23"/>
              </w:rPr>
              <w:t>🖨️ Перед печатью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Нажмите «Печать 3D»: приложение проверит модель и скачает STL.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Печатать колёсами/фундаментом вниз, заполнение 15%, высота слоя 0.2 мм.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Тонкие детали (флагшток, антенна) печатаются лучше с поддержками.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r>
              <w:rPr>
                <w:b/>
                <w:i w:val="0"/>
                <w:color w:val="5A3D22"/>
                <w:sz w:val="23"/>
              </w:rPr>
              <w:t>💬 Вопросы в конце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Из каких простых фигур состоит сложная модель?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Зачем нужны отверстия? Что ещё можно ими вырезать?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Что бы ты добавил своей модели?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🏡 Дом мечты (40 минут)</w:t>
      </w:r>
    </w:p>
    <w:p>
      <w:r>
        <w:rPr>
          <w:b w:val="0"/>
          <w:i/>
        </w:rPr>
        <w:t>Мастер-класс: дом с крышей, трубой, окнами и дверью-отверстиями, дорожкой и деревом.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k-house-don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6B7280"/>
          <w:sz w:val="19"/>
        </w:rPr>
        <w:t>Готовая модель «Дом мечты»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47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Время</w:t>
            </w:r>
          </w:p>
        </w:tc>
        <w:tc>
          <w:tcPr>
            <w:tcW w:type="dxa" w:w="816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Этап</w:t>
            </w:r>
          </w:p>
        </w:tc>
      </w:tr>
      <w:tr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0–5</w:t>
            </w:r>
          </w:p>
        </w:tc>
        <w:tc>
          <w:tcPr>
            <w:tcW w:type="dxa" w:w="816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знакомство: из чего строят дом?</w:t>
            </w:r>
          </w:p>
        </w:tc>
      </w:tr>
      <w:tr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5–15</w:t>
            </w:r>
          </w:p>
        </w:tc>
        <w:tc>
          <w:tcPr>
            <w:tcW w:type="dxa" w:w="816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Фундамент</w:t>
            </w:r>
          </w:p>
        </w:tc>
      </w:tr>
      <w:tr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15–22</w:t>
            </w:r>
          </w:p>
        </w:tc>
        <w:tc>
          <w:tcPr>
            <w:tcW w:type="dxa" w:w="816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Крыша</w:t>
            </w:r>
          </w:p>
        </w:tc>
      </w:tr>
      <w:tr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22–32</w:t>
            </w:r>
          </w:p>
        </w:tc>
        <w:tc>
          <w:tcPr>
            <w:tcW w:type="dxa" w:w="816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Окна и дверь</w:t>
            </w:r>
          </w:p>
        </w:tc>
      </w:tr>
      <w:tr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32–40</w:t>
            </w:r>
          </w:p>
        </w:tc>
        <w:tc>
          <w:tcPr>
            <w:tcW w:type="dxa" w:w="816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склейка и печать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Часть: Фундамент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62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Шаг</w:t>
            </w:r>
          </w:p>
        </w:tc>
        <w:tc>
          <w:tcPr>
            <w:tcW w:type="dxa" w:w="147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Фигура</w:t>
            </w:r>
          </w:p>
        </w:tc>
        <w:tc>
          <w:tcPr>
            <w:tcW w:type="dxa" w:w="147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Размер, мм</w:t>
            </w:r>
          </w:p>
        </w:tc>
        <w:tc>
          <w:tcPr>
            <w:tcW w:type="dxa" w:w="215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Где</w:t>
            </w:r>
          </w:p>
        </w:tc>
        <w:tc>
          <w:tcPr>
            <w:tcW w:type="dxa" w:w="3912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Что сказать</w:t>
            </w:r>
          </w:p>
        </w:tc>
      </w:tr>
      <w:tr>
        <w:tc>
          <w:tcPr>
            <w:tcW w:type="dxa" w:w="62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box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60 × 4 × 44</w:t>
            </w:r>
          </w:p>
        </w:tc>
        <w:tc>
          <w:tcPr>
            <w:tcW w:type="dxa" w:w="215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x 0, над столом 2, y 0</w:t>
            </w:r>
          </w:p>
        </w:tc>
        <w:tc>
          <w:tcPr>
            <w:tcW w:type="dxa" w:w="3912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Любой дом начинается с фундамента — плоский Куб 60 × 44 мм.</w:t>
            </w:r>
          </w:p>
        </w:tc>
      </w:tr>
      <w:tr>
        <w:tc>
          <w:tcPr>
            <w:tcW w:type="dxa" w:w="62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box</w:t>
            </w:r>
          </w:p>
        </w:tc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50 × 26 × 34</w:t>
            </w:r>
          </w:p>
        </w:tc>
        <w:tc>
          <w:tcPr>
            <w:tcW w:type="dxa" w:w="215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x 0, над столом 17, y 0</w:t>
            </w:r>
          </w:p>
        </w:tc>
        <w:tc>
          <w:tcPr>
            <w:tcW w:type="dxa" w:w="391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Стены — большой Куб прямо на фундаменте. Цвет выбери сам — это твой дом!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Часть: Крыша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62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Шаг</w:t>
            </w:r>
          </w:p>
        </w:tc>
        <w:tc>
          <w:tcPr>
            <w:tcW w:type="dxa" w:w="147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Фигура</w:t>
            </w:r>
          </w:p>
        </w:tc>
        <w:tc>
          <w:tcPr>
            <w:tcW w:type="dxa" w:w="147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Размер, мм</w:t>
            </w:r>
          </w:p>
        </w:tc>
        <w:tc>
          <w:tcPr>
            <w:tcW w:type="dxa" w:w="215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Где</w:t>
            </w:r>
          </w:p>
        </w:tc>
        <w:tc>
          <w:tcPr>
            <w:tcW w:type="dxa" w:w="3912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Что сказать</w:t>
            </w:r>
          </w:p>
        </w:tc>
      </w:tr>
      <w:tr>
        <w:tc>
          <w:tcPr>
            <w:tcW w:type="dxa" w:w="62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roof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54 × 16 × 38</w:t>
            </w:r>
          </w:p>
        </w:tc>
        <w:tc>
          <w:tcPr>
            <w:tcW w:type="dxa" w:w="215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x 0, над столом 38, y 0</w:t>
            </w:r>
          </w:p>
        </w:tc>
        <w:tc>
          <w:tcPr>
            <w:tcW w:type="dxa" w:w="3912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Крыша — фигура Крыша, чуть шире стен, чтобы дождь стекал мимо них.</w:t>
            </w:r>
          </w:p>
        </w:tc>
      </w:tr>
      <w:tr>
        <w:tc>
          <w:tcPr>
            <w:tcW w:type="dxa" w:w="62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4</w:t>
            </w:r>
          </w:p>
        </w:tc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box</w:t>
            </w:r>
          </w:p>
        </w:tc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6 × 14 × 6</w:t>
            </w:r>
          </w:p>
        </w:tc>
        <w:tc>
          <w:tcPr>
            <w:tcW w:type="dxa" w:w="215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x 14, над столом 42, y -8</w:t>
            </w:r>
          </w:p>
        </w:tc>
        <w:tc>
          <w:tcPr>
            <w:tcW w:type="dxa" w:w="391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Печная труба — узкий Куб, торчащий из крыши.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Часть: Окна и дверь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62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Шаг</w:t>
            </w:r>
          </w:p>
        </w:tc>
        <w:tc>
          <w:tcPr>
            <w:tcW w:type="dxa" w:w="147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Фигура</w:t>
            </w:r>
          </w:p>
        </w:tc>
        <w:tc>
          <w:tcPr>
            <w:tcW w:type="dxa" w:w="147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Размер, мм</w:t>
            </w:r>
          </w:p>
        </w:tc>
        <w:tc>
          <w:tcPr>
            <w:tcW w:type="dxa" w:w="215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Где</w:t>
            </w:r>
          </w:p>
        </w:tc>
        <w:tc>
          <w:tcPr>
            <w:tcW w:type="dxa" w:w="3912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Что сказать</w:t>
            </w:r>
          </w:p>
        </w:tc>
      </w:tr>
      <w:tr>
        <w:tc>
          <w:tcPr>
            <w:tcW w:type="dxa" w:w="62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5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отверстие · box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10 × 16 × 6</w:t>
            </w:r>
          </w:p>
        </w:tc>
        <w:tc>
          <w:tcPr>
            <w:tcW w:type="dxa" w:w="215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x 0, над столом 12, y 17</w:t>
            </w:r>
          </w:p>
        </w:tc>
        <w:tc>
          <w:tcPr>
            <w:tcW w:type="dxa" w:w="3912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Дверь — Куб-отверстие в передней стене. Отверстие вырежет проём, когда склеим.</w:t>
            </w:r>
          </w:p>
        </w:tc>
      </w:tr>
      <w:tr>
        <w:tc>
          <w:tcPr>
            <w:tcW w:type="dxa" w:w="62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6</w:t>
            </w:r>
          </w:p>
        </w:tc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отверстие · box</w:t>
            </w:r>
          </w:p>
        </w:tc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8 × 8 × 6</w:t>
            </w:r>
          </w:p>
        </w:tc>
        <w:tc>
          <w:tcPr>
            <w:tcW w:type="dxa" w:w="215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x -15, над столом 20, y 17</w:t>
            </w:r>
          </w:p>
        </w:tc>
        <w:tc>
          <w:tcPr>
            <w:tcW w:type="dxa" w:w="391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Левое окно — Куб-отверстие поменьше.</w:t>
            </w:r>
          </w:p>
        </w:tc>
      </w:tr>
      <w:tr>
        <w:tc>
          <w:tcPr>
            <w:tcW w:type="dxa" w:w="62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7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отверстие · box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8 × 8 × 6</w:t>
            </w:r>
          </w:p>
        </w:tc>
        <w:tc>
          <w:tcPr>
            <w:tcW w:type="dxa" w:w="215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x 15, над столом 20, y 17</w:t>
            </w:r>
          </w:p>
        </w:tc>
        <w:tc>
          <w:tcPr>
            <w:tcW w:type="dxa" w:w="3912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Правое окно — копия левого (Ctrl+D), сдвинутая вправо.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Часть: Двор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62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Шаг</w:t>
            </w:r>
          </w:p>
        </w:tc>
        <w:tc>
          <w:tcPr>
            <w:tcW w:type="dxa" w:w="147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Фигура</w:t>
            </w:r>
          </w:p>
        </w:tc>
        <w:tc>
          <w:tcPr>
            <w:tcW w:type="dxa" w:w="147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Размер, мм</w:t>
            </w:r>
          </w:p>
        </w:tc>
        <w:tc>
          <w:tcPr>
            <w:tcW w:type="dxa" w:w="215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Где</w:t>
            </w:r>
          </w:p>
        </w:tc>
        <w:tc>
          <w:tcPr>
            <w:tcW w:type="dxa" w:w="3912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Что сказать</w:t>
            </w:r>
          </w:p>
        </w:tc>
      </w:tr>
      <w:tr>
        <w:tc>
          <w:tcPr>
            <w:tcW w:type="dxa" w:w="62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8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box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10 × 1 × 16</w:t>
            </w:r>
          </w:p>
        </w:tc>
        <w:tc>
          <w:tcPr>
            <w:tcW w:type="dxa" w:w="215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x 0, над столом 0.5, y 30</w:t>
            </w:r>
          </w:p>
        </w:tc>
        <w:tc>
          <w:tcPr>
            <w:tcW w:type="dxa" w:w="3912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Дорожка к двери — тонкий Куб на столе.</w:t>
            </w:r>
          </w:p>
        </w:tc>
      </w:tr>
      <w:tr>
        <w:tc>
          <w:tcPr>
            <w:tcW w:type="dxa" w:w="62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9</w:t>
            </w:r>
          </w:p>
        </w:tc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cylinder</w:t>
            </w:r>
          </w:p>
        </w:tc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4 × 14 × 4</w:t>
            </w:r>
          </w:p>
        </w:tc>
        <w:tc>
          <w:tcPr>
            <w:tcW w:type="dxa" w:w="215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x -38, над столом 7, y 20</w:t>
            </w:r>
          </w:p>
        </w:tc>
        <w:tc>
          <w:tcPr>
            <w:tcW w:type="dxa" w:w="391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Ствол дерева — Цилиндр во дворе слева.</w:t>
            </w:r>
          </w:p>
        </w:tc>
      </w:tr>
      <w:tr>
        <w:tc>
          <w:tcPr>
            <w:tcW w:type="dxa" w:w="62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10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sphere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16 × 16 × 16</w:t>
            </w:r>
          </w:p>
        </w:tc>
        <w:tc>
          <w:tcPr>
            <w:tcW w:type="dxa" w:w="2154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x -38, над столом 20, y 20</w:t>
            </w:r>
          </w:p>
        </w:tc>
        <w:tc>
          <w:tcPr>
            <w:tcW w:type="dxa" w:w="3912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Крона — зелёный Шар на стволе.</w:t>
            </w:r>
          </w:p>
        </w:tc>
      </w:tr>
      <w:tr>
        <w:tc>
          <w:tcPr>
            <w:tcW w:type="dxa" w:w="62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11</w:t>
            </w:r>
          </w:p>
        </w:tc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Склеить</w:t>
            </w:r>
          </w:p>
        </w:tc>
        <w:tc>
          <w:tcPr>
            <w:tcW w:type="dxa" w:w="147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215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Ctrl+A → «Склеить»</w:t>
            </w:r>
          </w:p>
        </w:tc>
        <w:tc>
          <w:tcPr>
            <w:tcW w:type="dxa" w:w="391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Выдели всё и склей — окна и дверь прорежутся насквозь. Дом мечты готов!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8F7EF"/>
          </w:tcPr>
          <w:p>
            <w:r>
              <w:rPr>
                <w:b/>
                <w:i w:val="0"/>
                <w:color w:val="5A3D22"/>
                <w:sz w:val="23"/>
              </w:rPr>
              <w:t>🖨️ Перед печатью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Нажмите «Печать 3D»: приложение проверит модель и скачает STL.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Печатать колёсами/фундаментом вниз, заполнение 15%, высота слоя 0.2 мм.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Тонкие детали (флагшток, антенна) печатаются лучше с поддержками.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r>
              <w:rPr>
                <w:b/>
                <w:i w:val="0"/>
                <w:color w:val="5A3D22"/>
                <w:sz w:val="23"/>
              </w:rPr>
              <w:t>💬 Вопросы в конце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Из каких простых фигур состоит сложная модель?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Зачем нужны отверстия? Что ещё можно ими вырезать?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Что бы ты добавил своей модели?</w:t>
            </w:r>
          </w:p>
        </w:tc>
      </w:tr>
    </w:tbl>
    <w:p>
      <w:pPr>
        <w:spacing w:after="40"/>
      </w:pP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D32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5A3D22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2E7D3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