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B2440"/>
          <w:sz w:val="60"/>
        </w:rPr>
        <w:t>Тинкерленд Блоки 3D</w:t>
      </w:r>
    </w:p>
    <w:p>
      <w:pPr>
        <w:spacing w:after="40"/>
      </w:pPr>
      <w:r>
        <w:rPr>
          <w:b/>
          <w:i w:val="0"/>
          <w:color w:val="E86A10"/>
          <w:sz w:val="40"/>
        </w:rPr>
        <w:t>Курс «Создаём 3D-игры»</w:t>
      </w:r>
    </w:p>
    <w:p>
      <w:pPr>
        <w:spacing w:after="280"/>
      </w:pPr>
      <w:r>
        <w:rPr>
          <w:b w:val="0"/>
          <w:i w:val="0"/>
          <w:color w:val="5D6B88"/>
          <w:sz w:val="28"/>
        </w:rPr>
        <w:t>10 занятий по 90 минут</w:t>
      </w:r>
    </w:p>
    <w:p>
      <w:pPr>
        <w:spacing w:after="320"/>
      </w:pPr>
      <w:r>
        <w:rPr>
          <w:b w:val="0"/>
          <w:i w:val="0"/>
          <w:sz w:val="23"/>
        </w:rPr>
        <w:t>Сценарии для педагога: тайминг, пошаговая сборка игр, персонажи и правила, сцены, типичные ошибки, усложнения, рефлексия. Приложения: как рисуем сцену, звуки, свои объекты, справочник блоков, частые проблемы. Мастер-классы «Робот-курьер» и «Робот-спасатель» — отдельными документами.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38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257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Возраст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10–14 лет (подходит 9–16; для младших — дольше этапы 1–2)</w:t>
            </w:r>
          </w:p>
        </w:tc>
      </w:tr>
      <w:tr>
        <w:tc>
          <w:tcPr>
            <w:tcW w:type="dxa" w:w="238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Формат</w:t>
            </w:r>
          </w:p>
        </w:tc>
        <w:tc>
          <w:tcPr>
            <w:tcW w:type="dxa" w:w="725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10 занятий × 90 минут (2 × 40 минут + перерыв 5–10 минут)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Группа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6–12 человек, у каждого свой компьютер с мышью</w:t>
            </w:r>
          </w:p>
        </w:tc>
      </w:tr>
      <w:tr>
        <w:tc>
          <w:tcPr>
            <w:tcW w:type="dxa" w:w="238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Программа</w:t>
            </w:r>
          </w:p>
        </w:tc>
        <w:tc>
          <w:tcPr>
            <w:tcW w:type="dxa" w:w="725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Тинкерленд Блоки 3D — открывается в браузере Chrome, Edge или Яндекс (файл index.html или ссылка), без установки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Готовые игры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Папка «Готовые игры» рядом с программой: 10 файлов .tblocks (Файл → Открыть файл)</w:t>
            </w:r>
          </w:p>
        </w:tc>
      </w:tr>
      <w:tr>
        <w:tc>
          <w:tcPr>
            <w:tcW w:type="dxa" w:w="238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 курса</w:t>
            </w:r>
          </w:p>
        </w:tc>
        <w:tc>
          <w:tcPr>
            <w:tcW w:type="dxa" w:w="725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10 своих 3D-игр, файл-портфолио и демо-день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1. Окно «Уроки»: курс из 10 игр, мастер-класс и короткие разминки</w:t>
      </w:r>
    </w:p>
    <w:p>
      <w:r>
        <w:br w:type="page"/>
      </w:r>
    </w:p>
    <w:p>
      <w:pPr>
        <w:pStyle w:val="Heading1"/>
      </w:pPr>
      <w:r>
        <w:t>Как устроен курс</w:t>
      </w:r>
    </w:p>
    <w:p>
      <w:r>
        <w:rPr>
          <w:b w:val="0"/>
          <w:i w:val="0"/>
        </w:rPr>
        <w:t>Каждое занятие — одна законченная игра. Игра собирается по 4 этапам; после каждого этапа её можно запустить и проверить. Приложение само отмечает пройденный этап галочкой ✓ (видит нужные блоки), а урок засчитывается, когда игра действительно работает: набрано 3 очка, забит гол, наступила ночь после второго круга. Дети видят прогресс, а педагог — кто на каком этапе.</w:t>
      </w:r>
    </w:p>
    <w:p>
      <w:pPr>
        <w:pStyle w:val="Heading3"/>
      </w:pPr>
      <w:r>
        <w:t>Как открыть урок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Откройте Тинкерленд Блоки 3D (файл index.html в Chrome или ссылку).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 xml:space="preserve">Кнопка </w:t>
      </w:r>
      <w:r>
        <w:rPr>
          <w:b/>
          <w:i w:val="0"/>
        </w:rPr>
        <w:t>«Уроки»</w:t>
      </w:r>
      <w:r>
        <w:rPr>
          <w:b w:val="0"/>
          <w:i w:val="0"/>
        </w:rPr>
        <w:t xml:space="preserve"> вверху → раздел </w:t>
      </w:r>
      <w:r>
        <w:rPr>
          <w:b/>
          <w:i w:val="0"/>
        </w:rPr>
        <w:t>«Курс «Создаём 3D-игры»»</w:t>
      </w:r>
      <w:r>
        <w:rPr>
          <w:b w:val="0"/>
          <w:i w:val="0"/>
        </w:rPr>
        <w:t xml:space="preserve"> → карточка занятия.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Сцена уже нарисована: персонажи стоят на местах, у многих игр готовы сцены (трасса, стадион, лавовая арена, время суток). Скрипты пустые — их собирают дети.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Над рабочей областью — карточка урока: цель, персонажи, этапы. Текущий этап раскрыт.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5. </w:t>
      </w:r>
      <w:r>
        <w:rPr>
          <w:b w:val="0"/>
          <w:i w:val="0"/>
        </w:rPr>
        <w:t xml:space="preserve">Кнопка </w:t>
      </w:r>
      <w:r>
        <w:rPr>
          <w:b/>
          <w:i w:val="0"/>
        </w:rPr>
        <w:t>«Подсказка»</w:t>
      </w:r>
      <w:r>
        <w:rPr>
          <w:b w:val="0"/>
          <w:i w:val="0"/>
        </w:rPr>
        <w:t xml:space="preserve"> работает в три шага: текст → мигающие нужные блоки и рука → картинка примера. Она не собирает программу за ребёнка.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-g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2. Карточка урока «Лабиринт сокровищ»: цель, персонажи, этапы; справа — сцены «Подземелье» и «Сокровищница»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pPr>
              <w:spacing w:after="40"/>
            </w:pPr>
            <w:r>
              <w:rPr>
                <w:b/>
                <w:color w:val="1B2440"/>
              </w:rPr>
              <w:t>👩‍🏫 Режим педагога и готовые игры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В окне «Уроки» внизу включите </w:t>
            </w:r>
            <w:r>
              <w:rPr>
                <w:b/>
                <w:i w:val="0"/>
                <w:sz w:val="21"/>
              </w:rPr>
              <w:t>«Режим педагога»</w:t>
            </w:r>
            <w:r>
              <w:rPr>
                <w:b w:val="0"/>
                <w:i w:val="0"/>
                <w:sz w:val="21"/>
              </w:rPr>
              <w:t xml:space="preserve">. В карточке урока появится кнопка </w:t>
            </w:r>
            <w:r>
              <w:rPr>
                <w:b/>
                <w:i w:val="0"/>
                <w:sz w:val="21"/>
              </w:rPr>
              <w:t>«Готовая игра»</w:t>
            </w:r>
            <w:r>
              <w:rPr>
                <w:b w:val="0"/>
                <w:i w:val="0"/>
                <w:sz w:val="21"/>
              </w:rPr>
              <w:t xml:space="preserve"> — полное решение для показа в начале занятия. Вернуть свои блоки — «↶ Отменить».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Те же игры лежат файлами в папке </w:t>
            </w:r>
            <w:r>
              <w:rPr>
                <w:b/>
                <w:i w:val="0"/>
                <w:sz w:val="21"/>
              </w:rPr>
              <w:t>«Готовые игры»</w:t>
            </w:r>
            <w:r>
              <w:rPr>
                <w:b w:val="0"/>
                <w:i w:val="0"/>
                <w:sz w:val="21"/>
              </w:rPr>
              <w:t xml:space="preserve"> (01 … 10 .tblocks) — их можно открыть через «Файл → Открыть файл» на любом компьютере.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🎮 Управление стало удобнее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Клавиши:</w:t>
            </w:r>
            <w:r>
              <w:rPr>
                <w:b w:val="0"/>
                <w:i w:val="0"/>
                <w:sz w:val="21"/>
              </w:rPr>
              <w:t xml:space="preserve"> пока клавиша зажата, её скрипт повторяется каждый кадр. Можно держать сразу несколько клавиш — ехать и поворачивать. Поэтому шаги маленькие (2 шага, 4°). Для разовых действий (выстрел, поворот на 90°) после блока ставим «ждать 0.3 сек».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Ограда поля:</w:t>
            </w:r>
            <w:r>
              <w:rPr>
                <w:b w:val="0"/>
                <w:i w:val="0"/>
                <w:sz w:val="21"/>
              </w:rPr>
              <w:t xml:space="preserve"> объект не может уехать за карту — он останавливается у края (на полклетки за ним, как в Scratch). Высота не уходит под пол.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Масштаб:</w:t>
            </w:r>
            <w:r>
              <w:rPr>
                <w:b w:val="0"/>
                <w:i w:val="0"/>
                <w:sz w:val="21"/>
              </w:rPr>
              <w:t xml:space="preserve"> поле — от −200 до 200 шагов. Шаг в 10 раз мельче, чем раньше: объекты двигаются плавно, без «телепортации».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Лупа</w:t>
            </w:r>
            <w:r>
              <w:rPr>
                <w:b w:val="0"/>
                <w:i w:val="0"/>
                <w:sz w:val="21"/>
              </w:rPr>
              <w:t xml:space="preserve"> над сценой: ползунок и кнопки − / ＋. Колесо мыши приближает плавно: примерно 3.5% за щелчок, камера «доезжает» за несколько кадров.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Вид блоков</w:t>
            </w:r>
            <w:r>
              <w:rPr>
                <w:b w:val="0"/>
                <w:i w:val="0"/>
                <w:sz w:val="21"/>
              </w:rPr>
              <w:t xml:space="preserve"> (⚙️ Настройки): «текст» — по умолчанию; «👶 символы» — для детей, которые ещё не читают (➡️ шаг, ↻ поворот, 🔁 повторить, 💬 сказать…); «🔤 символы и текст» — значок перед словами, чтобы постепенно учиться читать блоки. Полная надпись видна при наведении мыши. Таблица — в Приложении Д.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Переменные на сцене:</w:t>
            </w:r>
            <w:r>
              <w:rPr>
                <w:b w:val="0"/>
                <w:i w:val="0"/>
                <w:sz w:val="21"/>
              </w:rPr>
              <w:t xml:space="preserve"> клик по табличке переменной открывает ползунок — значение можно менять прямо во время игры (скорость, очки, жизни). Кнопка ↔ задаёт диапазон ползунка. Таблички не скрываются, пока игра идёт.</w:t>
            </w:r>
          </w:p>
          <w:p>
            <w:pPr>
              <w:spacing w:after="20"/>
            </w:pPr>
            <w:r>
              <w:rPr>
                <w:b/>
                <w:i w:val="0"/>
                <w:sz w:val="21"/>
              </w:rPr>
              <w:t>Скорость выполнения</w:t>
            </w:r>
            <w:r>
              <w:rPr>
                <w:b w:val="0"/>
                <w:i w:val="0"/>
                <w:sz w:val="21"/>
              </w:rPr>
              <w:t xml:space="preserve"> в верхней панели: 🐢 1 сек на блок → медленно → быстро → обычная. На медленной скорости выполняемый блок подсвечивается.</w:t>
            </w:r>
          </w:p>
        </w:tc>
      </w:tr>
    </w:tbl>
    <w:p>
      <w:pPr>
        <w:spacing w:after="40"/>
      </w:pPr>
    </w:p>
    <w:p>
      <w:pPr>
        <w:pStyle w:val="Heading2"/>
      </w:pPr>
      <w:r>
        <w:t>Типовая структура занятия (90 минут)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1247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646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происходит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0–5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Вход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Приветствие, вопрос-зацепка, показ готовой игры (режим педагога).</w:t>
            </w:r>
          </w:p>
        </w:tc>
      </w:tr>
      <w:tr>
        <w:tc>
          <w:tcPr>
            <w:tcW w:type="dxa" w:w="124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5–15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646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Короткое задание из раздела «Разминки» — повтор нужного приёма.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15–20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Сюжет и сцена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Персонажи, правила, координаты, сцены. Дети двигают объекты, листают сцены.</w:t>
            </w:r>
          </w:p>
        </w:tc>
      </w:tr>
      <w:tr>
        <w:tc>
          <w:tcPr>
            <w:tcW w:type="dxa" w:w="124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20–40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Этапы 1–2</w:t>
            </w:r>
          </w:p>
        </w:tc>
        <w:tc>
          <w:tcPr>
            <w:tcW w:type="dxa" w:w="646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Сборка под диктовку + самостоятельная проверка ✓.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40–45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Перерыв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Физминутка, проветривание.</w:t>
            </w:r>
          </w:p>
        </w:tc>
      </w:tr>
      <w:tr>
        <w:tc>
          <w:tcPr>
            <w:tcW w:type="dxa" w:w="124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45–70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Этапы 3–4</w:t>
            </w:r>
          </w:p>
        </w:tc>
        <w:tc>
          <w:tcPr>
            <w:tcW w:type="dxa" w:w="646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Сборка с меньшей подсказкой. Педагог ходит по рядам.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70–80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Свой уровень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Усложнения: числа, новые объекты, свой рисунок сцены, свой звук или персонаж.</w:t>
            </w:r>
          </w:p>
        </w:tc>
      </w:tr>
      <w:tr>
        <w:tc>
          <w:tcPr>
            <w:tcW w:type="dxa" w:w="124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80–90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Показ и рефлексия</w:t>
            </w:r>
          </w:p>
        </w:tc>
        <w:tc>
          <w:tcPr>
            <w:tcW w:type="dxa" w:w="646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2–3 ученика показывают игру; вопросы; сохранение файла.</w:t>
            </w:r>
          </w:p>
        </w:tc>
      </w:tr>
    </w:tbl>
    <w:p>
      <w:pPr>
        <w:spacing w:after="40"/>
      </w:pPr>
    </w:p>
    <w:p>
      <w:pPr>
        <w:pStyle w:val="Heading2"/>
      </w:pPr>
      <w:r>
        <w:t>Карта курса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62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№</w:t>
            </w:r>
          </w:p>
        </w:tc>
        <w:tc>
          <w:tcPr>
            <w:tcW w:type="dxa" w:w="232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Игра</w:t>
            </w:r>
          </w:p>
        </w:tc>
        <w:tc>
          <w:tcPr>
            <w:tcW w:type="dxa" w:w="487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Новые понятия</w:t>
            </w:r>
          </w:p>
        </w:tc>
        <w:tc>
          <w:tcPr>
            <w:tcW w:type="dxa" w:w="181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Разминка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🏁 Гонка к флагу</w:t>
            </w:r>
          </w:p>
        </w:tc>
        <w:tc>
          <w:tcPr>
            <w:tcW w:type="dxa" w:w="487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событие, команда, последовательность, бесконечный цикл, условие «если … то», логическое «или»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«Привет, робот!»</w:t>
            </w:r>
          </w:p>
        </w:tc>
      </w:tr>
      <w:tr>
        <w:tc>
          <w:tcPr>
            <w:tcW w:type="dxa" w:w="6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3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💎 Кристальная лихорадка</w:t>
            </w:r>
          </w:p>
        </w:tc>
        <w:tc>
          <w:tcPr>
            <w:tcW w:type="dxa" w:w="487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переменная, изменение переменной, случайное число, цикл с условием выхода, склеивание текста</w:t>
            </w:r>
          </w:p>
        </w:tc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«Собери монеты»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🌠 Звездопад</w:t>
            </w:r>
          </w:p>
        </w:tc>
        <w:tc>
          <w:tcPr>
            <w:tcW w:type="dxa" w:w="487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клон, событие появления клона, удаление клона, жизни, ожидание условия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«Квадратный патруль»</w:t>
            </w:r>
          </w:p>
        </w:tc>
      </w:tr>
      <w:tr>
        <w:tc>
          <w:tcPr>
            <w:tcW w:type="dxa" w:w="6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3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🏎️ Гонки</w:t>
            </w:r>
          </w:p>
        </w:tc>
        <w:tc>
          <w:tcPr>
            <w:tcW w:type="dxa" w:w="487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физика через переменную, трение (умножение), опрос клавиш, счётчик кругов, таймер, смена сцены</w:t>
            </w:r>
          </w:p>
        </w:tc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«Пульт управления»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🛡️ Защита базы</w:t>
            </w:r>
          </w:p>
        </w:tc>
        <w:tc>
          <w:tcPr>
            <w:tcW w:type="dxa" w:w="487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два вида клонов, «перейти к» объекту, движение по оси y, столкновение клонов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«Метеоритный дождь»</w:t>
            </w:r>
          </w:p>
        </w:tc>
      </w:tr>
      <w:tr>
        <w:tc>
          <w:tcPr>
            <w:tcW w:type="dxa" w:w="6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3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🗝️ Лабиринт сокровищ</w:t>
            </w:r>
          </w:p>
        </w:tc>
        <w:tc>
          <w:tcPr>
            <w:tcW w:type="dxa" w:w="487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карта уровня, рисование пола сцены, коллизии (шаг назад), сообщения, смена сцены, свои объекты</w:t>
            </w:r>
          </w:p>
        </w:tc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«Сигнал к старту»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⚽ Пенальти</w:t>
            </w:r>
          </w:p>
        </w:tc>
        <w:tc>
          <w:tcPr>
            <w:tcW w:type="dxa" w:w="487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направление, свойства другого объекта, затухание скорости, отскок, простой ИИ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«Планета и спутник»</w:t>
            </w:r>
          </w:p>
        </w:tc>
      </w:tr>
      <w:tr>
        <w:tc>
          <w:tcPr>
            <w:tcW w:type="dxa" w:w="6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23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🐍 Змейка</w:t>
            </w:r>
          </w:p>
        </w:tc>
        <w:tc>
          <w:tcPr>
            <w:tcW w:type="dxa" w:w="487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движение по сетке, время жизни клона, вычисления в окошках, проигрыш по двум условиям</w:t>
            </w:r>
          </w:p>
        </w:tc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«Светофор»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🏝️ Прыжки по островам</w:t>
            </w:r>
          </w:p>
        </w:tc>
        <w:tc>
          <w:tcPr>
            <w:tcW w:type="dxa" w:w="487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гравитация, вертикальная скорость vy, «если … иначе», логическое «и», смена времени суток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«Прыжок со звуком»</w:t>
            </w:r>
          </w:p>
        </w:tc>
      </w:tr>
      <w:tr>
        <w:tc>
          <w:tcPr>
            <w:tcW w:type="dxa" w:w="6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232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👾 Битва с боссом</w:t>
            </w:r>
          </w:p>
        </w:tc>
        <w:tc>
          <w:tcPr>
            <w:tcW w:type="dxa" w:w="487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прицеливание, сообщения о попадании, две переменные здоровья, сцена победы, свой персонаж</w:t>
            </w:r>
          </w:p>
        </w:tc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«Запуск ракеты»</w:t>
            </w:r>
          </w:p>
        </w:tc>
      </w:tr>
    </w:tbl>
    <w:p>
      <w:pPr>
        <w:spacing w:after="40"/>
      </w:pPr>
    </w:p>
    <w:p>
      <w:r>
        <w:rPr>
          <w:b w:val="0"/>
          <w:i/>
          <w:color w:val="5D6B88"/>
        </w:rPr>
        <w:t>Мастер-классы «Робот-курьер» (9–14 лет) и «Робот-спасатель» (8–10 лет) описаны в отдельных документах.</w:t>
      </w:r>
    </w:p>
    <w:p>
      <w:pPr>
        <w:pStyle w:val="Heading2"/>
      </w:pPr>
      <w:r>
        <w:t>Оценивание и мотивация</w:t>
      </w:r>
    </w:p>
    <w:p>
      <w:pPr>
        <w:pStyle w:val="ListBullet"/>
        <w:spacing w:after="40"/>
      </w:pPr>
      <w:r>
        <w:rPr>
          <w:b/>
          <w:i w:val="0"/>
        </w:rPr>
        <w:t>Этапы ✓</w:t>
      </w:r>
      <w:r>
        <w:rPr>
          <w:b w:val="0"/>
          <w:i w:val="0"/>
        </w:rPr>
        <w:t xml:space="preserve"> в карточке урока — быстрый контроль: «покажите, у кого 3 галочки».</w:t>
      </w:r>
    </w:p>
    <w:p>
      <w:pPr>
        <w:pStyle w:val="ListBullet"/>
        <w:spacing w:after="40"/>
      </w:pPr>
      <w:r>
        <w:rPr>
          <w:b/>
          <w:i w:val="0"/>
        </w:rPr>
        <w:t>Урок пройден</w:t>
      </w:r>
      <w:r>
        <w:rPr>
          <w:b w:val="0"/>
          <w:i w:val="0"/>
        </w:rPr>
        <w:t xml:space="preserve"> — приложение засчитывает автоматически и показывает окно «Урок пройден!».</w:t>
      </w:r>
    </w:p>
    <w:p>
      <w:pPr>
        <w:pStyle w:val="ListBullet"/>
        <w:spacing w:after="40"/>
      </w:pPr>
      <w:r>
        <w:rPr>
          <w:b/>
          <w:i w:val="0"/>
        </w:rPr>
        <w:t>Усложнение</w:t>
      </w:r>
      <w:r>
        <w:rPr>
          <w:b w:val="0"/>
          <w:i w:val="0"/>
        </w:rPr>
        <w:t xml:space="preserve"> — дополнительная звезда за любое улучшение из раздела «Для быстрых»: свой рисунок сцены, свой звук, свой персонаж.</w:t>
      </w:r>
    </w:p>
    <w:p>
      <w:pPr>
        <w:pStyle w:val="ListBullet"/>
        <w:spacing w:after="40"/>
      </w:pPr>
      <w:r>
        <w:rPr>
          <w:b/>
          <w:i w:val="0"/>
        </w:rPr>
        <w:t>Демо-день</w:t>
      </w:r>
      <w:r>
        <w:rPr>
          <w:b w:val="0"/>
          <w:i w:val="0"/>
        </w:rPr>
        <w:t xml:space="preserve"> (после занятия 10) — каждый показывает лучшую игру. Файлы — через «Файл → Сохранить на компьютер» (.tblocks).</w:t>
      </w:r>
    </w:p>
    <w:p>
      <w:r>
        <w:br w:type="page"/>
      </w:r>
    </w:p>
    <w:p>
      <w:pPr>
        <w:pStyle w:val="Heading1"/>
      </w:pPr>
      <w:r>
        <w:t>Занятие 1. 🏁 Гонка к флагу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Познакомиться с интерфейсом и собрать первую настоящую игру: робот едет к флагу, обходя препятствия.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 «Гонка к флагу»: управление стрелками, стены и мяч отправляют на старт, у флага — надпись «ПОБЕДА!».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событие, команда, последовательность, бесконечный цикл, условие «если … то», логическое «или»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нажата клавиша · когда нажат ⚑ · идти вперёд · повернуть · перейти в x y · повторять всегда · если … то · касаюсь …? · или · плыть … к · играть звук · надпись на экране · стоп всё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«Привет, робот!»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«01 Гонка к флагу.tblocks»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Робот-разведчик должен добраться до флага на другом краю поля. По дороге стоят стены, а между ними катается тяжёлый мяч. Задел — возвращаешься на старт.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Герой. Ездит по стрелкам: вперёд/назад и повороты.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Стена, Стена 2, Стена 3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стена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Препятствия. Коснулся — звук «ой» и на старт.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Подвижное препятствие: сам катается влево-вправо.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Флаг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флаг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Финиш. Коснулся — «ПОБЕДА!» и игра останавливается.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Старт в левом нижнем углу (x = −150, y = −150). Поле — от −200 до 200 шагов.</w:t>
      </w:r>
    </w:p>
    <w:p>
      <w:pPr>
        <w:pStyle w:val="ListBullet"/>
        <w:spacing w:after="40"/>
      </w:pPr>
      <w:r>
        <w:rPr>
          <w:b w:val="0"/>
          <w:i w:val="0"/>
        </w:rPr>
        <w:t>Победа — коснуться флага.</w:t>
      </w:r>
    </w:p>
    <w:p>
      <w:pPr>
        <w:pStyle w:val="ListBullet"/>
        <w:spacing w:after="40"/>
      </w:pPr>
      <w:r>
        <w:rPr>
          <w:b w:val="0"/>
          <w:i w:val="0"/>
        </w:rPr>
        <w:t>Поражения нет: при касании стены или мяча робот возвращается на старт — можно пробовать сколько угодно.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«Привет, робот!»: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1».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Пульт управления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Опасные стены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Живой мяч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Финиш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Пульт управления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Выберите объект </w:t>
      </w:r>
      <w:r>
        <w:rPr>
          <w:b/>
          <w:i w:val="0"/>
        </w:rPr>
        <w:t>Робот</w:t>
      </w:r>
      <w:r>
        <w:rPr>
          <w:b w:val="0"/>
          <w:i w:val="0"/>
        </w:rPr>
        <w:t xml:space="preserve"> в списке под сценой.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Перетащите 4 шляпки [События] «когда нажата клавиша …» и выберите в них: стрелка вверх, вниз, влево, вправо.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Под «вверх» — [Движение] «идти вперёд на 2 шагов», под «вниз» — «идти вперёд на -2 шагов».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Под «влево» — «повернуть ↺ на 4°», под «вправо» — «повернуть ↻ на 4°».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5. </w:t>
      </w:r>
      <w:r>
        <w:rPr>
          <w:b w:val="0"/>
          <w:i w:val="0"/>
        </w:rPr>
        <w:t>Кликните по сцене и проверьте стрелки: держите «вверх» и одновременно поворачивайте.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Каждая клавиша — это отдельное событие. Пока клавиша зажата, её скрипт повторяется каждый кадр (60 раз в секунду) — поэтому шаги маленькие: 2 шага и 4°. Можно держать несколько клавиш сразу: ехать и поворачивать.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Опасные стены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[События] «когда нажат ⚑» → [Внешность] «убрать надпись» → [Движение] «перейти в x: -150 y: -150» → «смотреть в направлении 0».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[Управление] «повторять всегда».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Внутрь — «если … то», в шестиугольное окошко — [Сенсоры] «касаюсь Стена?».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Внутрь «если» — [Звук] «играть звук ой» и «перейти в x: -150 y: -150».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«Повторять всегда» — это сторож, который каждое мгновение смотрит: не врезался ли робот? Блок «касаюсь Стена?» засчитывает и копии: Стена 2, Стена 3.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Живой мяч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Выберите </w:t>
      </w:r>
      <w:r>
        <w:rPr>
          <w:b/>
          <w:i w:val="0"/>
        </w:rPr>
        <w:t>Мяч</w:t>
      </w:r>
      <w:r>
        <w:rPr>
          <w:b w:val="0"/>
          <w:i w:val="0"/>
        </w:rPr>
        <w:t>: «когда нажат ⚑» → «повторять всегда» → «плыть 2 сек к x: 100 y: 20» → «плыть 2 сек к x: -100 y: 20».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Вернитесь к Роботу. Вытащите «касаюсь Стена?» из окошка, вставьте туда [Операторы] «… или …», а в него — «касаюсь Стена?» и «касаюсь Мяч?».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«Или» — правда, если правда хотя бы один вопрос. Так одно условие проверяет сразу два препятствия.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Финиш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Внутрь «повторять всегда» робота добавьте второе «если касаюсь Флаг? то».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Внутрь: [Внешность] «надпись на экране ПОБЕДА!» → «играть звук победа» → [Управление] «стоп всё».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Нажмите ⚑ и пройдите трассу.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Надпись висит на сцене, пока её не уберут. Поэтому в начале игры мы её убираем.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Стрелки не работают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Кликнуть по сцене (она должна «слышать» клавиатуру); проверить, что выбрана нужная клавиша в шляпке.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не возвращается на старт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Блок «если» стоит НЕ внутри «повторять всегда» или условие пустое.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Победа сразу при старте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Флаг стоит слишком близко к старту — подвиньте его мышкой на сцене.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не двигается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Скрипт собран у Робота, а не у Мяча. Скрипты у каждого объекта свои — смотрите подпись внизу рабочей области.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Добавьте ещё одну стену (＋ Объект → стена) и поставьте её на пути.</w:t>
      </w:r>
    </w:p>
    <w:p>
      <w:pPr>
        <w:pStyle w:val="ListBullet"/>
        <w:spacing w:after="40"/>
      </w:pPr>
      <w:r>
        <w:rPr>
          <w:b w:val="0"/>
          <w:i w:val="0"/>
        </w:rPr>
        <w:t>Сделайте мяч хитрее: «плыть (случайное от 1 до 3) сек».</w:t>
      </w:r>
    </w:p>
    <w:p>
      <w:pPr>
        <w:pStyle w:val="ListBullet"/>
        <w:spacing w:after="40"/>
      </w:pPr>
      <w:r>
        <w:rPr>
          <w:b w:val="0"/>
          <w:i w:val="0"/>
        </w:rPr>
        <w:t>Добавьте счётчик попыток: переменная «попытки» +1 при каждом касании стены.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Что такое событие? Какие события были в нашей игре?</w:t>
      </w:r>
    </w:p>
    <w:p>
      <w:pPr>
        <w:pStyle w:val="ListBullet"/>
        <w:spacing w:after="40"/>
      </w:pPr>
      <w:r>
        <w:rPr>
          <w:b w:val="0"/>
          <w:i w:val="0"/>
        </w:rPr>
        <w:t>Зачем нужен «повторять всегда» вокруг «если»?</w:t>
      </w:r>
    </w:p>
    <w:p>
      <w:pPr>
        <w:pStyle w:val="ListBullet"/>
        <w:spacing w:after="40"/>
      </w:pPr>
      <w:r>
        <w:rPr>
          <w:b w:val="0"/>
          <w:i w:val="0"/>
        </w:rPr>
        <w:t>Что будет, если убрать «перейти в x: -150 y: -150» из начала?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Придумать свою трассу: переставить стены и флаг так, чтобы было сложнее. Нарисовать на бумаге карту уровня.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«Гонка к флагу»: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2. 💎 Кристальная лихорадка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Освоить переменные и случайные числа: счёт очков и таймер обратного отсчёта.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 на время: за 30 секунд собрать как можно больше кристаллов, редкая звезда даёт 5 очков.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переменная, изменение переменной, случайное число, цикл с условием выхода, склеивание текста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задать … значение · изменить … на · случайное от … до · повторять пока не · ждать · &lt; · слить · показаться / спрятаться · повторить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«Собери монеты»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«02 Кристальная лихорадка.tblocks»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В тёмной пещере (сцена «Пещера»: вечер, каменная плитка) рассыпаны волшебные кристаллы. Робот-шахтёр собирает их, пока не погаснет фонарь — у него ровно 30 секунд.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Собирает кристаллы. Управление стрелками уже готово.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Кристалл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кристалл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Светится и крутится. При касании — +1 очко и прыжок в случайное место.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Бонус: появляется каждые 5 секунд на 3 секунды, даёт +5.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Время — 30 секунд, оно видно в углу сцены.</w:t>
      </w:r>
    </w:p>
    <w:p>
      <w:pPr>
        <w:pStyle w:val="ListBullet"/>
        <w:spacing w:after="40"/>
      </w:pPr>
      <w:r>
        <w:rPr>
          <w:b w:val="0"/>
          <w:i w:val="0"/>
        </w:rPr>
        <w:t>Каждый кристалл +1, звезда +5.</w:t>
      </w:r>
    </w:p>
    <w:p>
      <w:pPr>
        <w:pStyle w:val="ListBullet"/>
        <w:spacing w:after="40"/>
      </w:pPr>
      <w:r>
        <w:rPr>
          <w:b w:val="0"/>
          <w:i w:val="0"/>
        </w:rPr>
        <w:t>Когда время кончилось — надпись «Время вышло! Очки: N».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«Собери монеты»: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2».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Кристалл даёт очко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Таймер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Время вышло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Бонус-звезда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Кристалл даёт очко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Выберите </w:t>
      </w:r>
      <w:r>
        <w:rPr>
          <w:b/>
          <w:i w:val="0"/>
        </w:rPr>
        <w:t>Кристалл</w:t>
      </w:r>
      <w:r>
        <w:rPr>
          <w:b w:val="0"/>
          <w:i w:val="0"/>
        </w:rPr>
        <w:t>: «когда нажат ⚑» → [Внешность] «установить свечение 60 %» → «повторять всегда». В тёмной пещере кристалл светится!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Внутри: «повернуть ↻ на 5°» и «если касаюсь Робот? то».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Внутрь «если»: [Переменные] «изменить очки на 1», «играть звук монетка», «перейти в x: … y: …».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В окошки x и y вставьте [Операторы] «случайное от -180 до 180».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Переменная — это коробка с именем, в которой лежит число. «Изменить на 1» добавляет единицу к тому, что уже лежит.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Таймер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Выберите </w:t>
      </w:r>
      <w:r>
        <w:rPr>
          <w:b/>
          <w:i w:val="0"/>
        </w:rPr>
        <w:t>Робота</w:t>
      </w:r>
      <w:r>
        <w:rPr>
          <w:b w:val="0"/>
          <w:i w:val="0"/>
        </w:rPr>
        <w:t>: «когда нажат ⚑» → «задать очки 0» → «задать время 30» → «убрать надпись».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«повторять пока не …», в окошко — «… &lt; …» (Операторы): слева круглый блок «время», справа 1.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Внутри цикла: «ждать 1 сек» и «изменить время на -1».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«Повторять пока не» сам остановится, когда условие станет правдой. Это и есть таймер.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Время вышло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После цикла: «надпись на экране …» и в окошко — «слить «Время вышло! Очки: » и очки».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«играть звук победа» → «стоп всё».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«Слить» склеивает текст и число в одну строку.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Бонус-звезда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Звезда</w:t>
      </w:r>
      <w:r>
        <w:rPr>
          <w:b w:val="0"/>
          <w:i w:val="0"/>
        </w:rPr>
        <w:t>: «когда нажат ⚑» → «спрятаться» → «повторять всегда».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Внутри: «ждать 5 сек», «перейти в x: случайное y: случайное», «показаться», «повторить 60» { «повернуть ↻ на 6°», «ждать 0.05 сек», «если касаюсь Робот? то» { «изменить очки на 5», «звук победа», «спрятаться» } }, «спрятаться».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Спрятанный объект ничего не касается — поэтому звезду нельзя «съесть» дважды.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Очки растут очень быстро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Кристалл не прыгает после касания: забыли «перейти в … случайное …» внутри «если».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Время не уменьшается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«изменить время на» стоит 1, а не -1; или нет «ждать 1 сек».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Надпись «Время вышло» сразу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Блок надписи попал внутрь цикла, а должен быть ПОД ним.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Очки не обнуляются при новом запуске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«задать очки 0» в начале.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Сделайте вторую звезду или «плохой» кристалл, который отнимает очки.</w:t>
      </w:r>
    </w:p>
    <w:p>
      <w:pPr>
        <w:pStyle w:val="ListBullet"/>
        <w:spacing w:after="40"/>
      </w:pPr>
      <w:r>
        <w:rPr>
          <w:b w:val="0"/>
          <w:i w:val="0"/>
        </w:rPr>
        <w:t>Таймер 20 секунд и рекорд: переменная «рекорд», если очки &gt; рекорд — запомнить.</w:t>
      </w:r>
    </w:p>
    <w:p>
      <w:pPr>
        <w:pStyle w:val="ListBullet"/>
        <w:spacing w:after="40"/>
      </w:pPr>
      <w:r>
        <w:rPr>
          <w:b w:val="0"/>
          <w:i w:val="0"/>
        </w:rPr>
        <w:t>Ускоряйте кристалл: «повернуть на (очки)°».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Чем «задать» отличается от «изменить»?</w:t>
      </w:r>
    </w:p>
    <w:p>
      <w:pPr>
        <w:pStyle w:val="ListBullet"/>
        <w:spacing w:after="40"/>
      </w:pPr>
      <w:r>
        <w:rPr>
          <w:b w:val="0"/>
          <w:i w:val="0"/>
        </w:rPr>
        <w:t>Зачем случайное место? Как было бы без него?</w:t>
      </w:r>
    </w:p>
    <w:p>
      <w:pPr>
        <w:pStyle w:val="ListBullet"/>
        <w:spacing w:after="40"/>
      </w:pPr>
      <w:r>
        <w:rPr>
          <w:b w:val="0"/>
          <w:i w:val="0"/>
        </w:rPr>
        <w:t>Где в жизни встречаются таймеры?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Придумать, какие ещё переменные могут быть в игре (жизни, уровень, монеты) и где их показывать.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«Кристальная лихорадка»: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3. 🌠 Звездопад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Понять клоны: один объект создаёт много копий, и у каждой — свой скрипт.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Игра-ловилка: звёзды и бомбы падают с неба, корзина ловит. Три жизни и экран «Игра окончена».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клон, событие появления клона, удаление клона, жизни, ожидание условия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создать клон я · когда я появляюсь как клон · удалить этот клон · установить высоту · изменить высоту на · ждать до · камера спереди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«Квадратный патруль»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«03 Звездопад.tblocks»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Ночью (сцена «Ночное небо») начался звездопад! Ловите звёзды корзиной, но осторожно: вместе с ними падают метеориты-бомбы.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Корзина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корзина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Игрок. Ездит влево-вправо по стрелкам.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Сама спрятана и каждую секунду создаёт падающий клон. Пойман — +1, пропущен — −1 жизнь.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Бомба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метеорит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 в 2 секунды создаёт клон. Поймал — −1 жизнь и взрыв.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3 жизни, счёт и жизни видны в углу.</w:t>
      </w:r>
    </w:p>
    <w:p>
      <w:pPr>
        <w:pStyle w:val="ListBullet"/>
        <w:spacing w:after="40"/>
      </w:pPr>
      <w:r>
        <w:rPr>
          <w:b w:val="0"/>
          <w:i w:val="0"/>
        </w:rPr>
        <w:t>Жизни кончились — «Игра окончена! Очки: N».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«Квадратный патруль»: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3».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Корзина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30–50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Звёзды-клоны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Бомбы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Жизни и конец игры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Корзина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Корзина</w:t>
      </w:r>
      <w:r>
        <w:rPr>
          <w:b w:val="0"/>
          <w:i w:val="0"/>
        </w:rPr>
        <w:t>: «когда нажата клавиша стрелка влево» → «изменить x на -3»; вправо → «изменить x на 3» (пока клавиша зажата, корзина едет).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x — это лево-право, y — вперёд-назад, высота — вверх. Корзина двигается только по x.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Звёзды-клоны  (≈ 20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Звезда</w:t>
      </w:r>
      <w:r>
        <w:rPr>
          <w:b w:val="0"/>
          <w:i w:val="0"/>
        </w:rPr>
        <w:t>: «когда нажат ⚑» → «спрятаться» → «повторять всегда» { «создать клон я», «ждать 1 сек»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Новая шляпка [Управление] «когда я появляюсь как клон» → «перейти в x: (случайное -140…140) y: -80» → «установить высоту 150» → «показаться».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«повторять пока не (высота &lt; 0)» { «изменить высоту на -2.5», «если касаюсь Корзина? то» { «изменить очки на 1», «звук монетка», «удалить этот клон» }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После цикла: «изменить жизни на -1»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Оригинал звезды — как фабрика: он спрятан и только «печатает» копии. Падают и ловятся именно копии.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Бомбы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Бомба</w:t>
      </w:r>
      <w:r>
        <w:rPr>
          <w:b w:val="0"/>
          <w:i w:val="0"/>
        </w:rPr>
        <w:t xml:space="preserve"> — тот же скрипт, но: «ждать 2 сек» в фабрике, при касании корзины — «изменить жизни на -1» и звук «взрыв», после цикла жизни не трогаем.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Сравните два скрипта: в чём разница между звездой и бомбой?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Жизни и конец игры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Корзина</w:t>
      </w:r>
      <w:r>
        <w:rPr>
          <w:b w:val="0"/>
          <w:i w:val="0"/>
        </w:rPr>
        <w:t>: «когда нажат ⚑» → «задать очки 0» → «задать жизни 3» → «убрать надпись» → [Камера] «камера спереди».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«ждать до (жизни &lt; 1)» → «надпись (слить «Игра окончена! Очки: » очки)» → «стоп всё».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«Ждать до» — стоит и ждёт, пока условие станет правдой. Удобно для проверки конца игры.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Звёзд нет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 создаётся, но не «показаться» — оригинал спрятан, и клон рождается спрятанным.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Клоны копятся и игра тормозит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Забыли «удалить этот клон» в конце.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 ловится, но очки не растут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«касаюсь Корзина?» проверяется не внутри цикла падения.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 видно падения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Нажать вид «спереди» или добавить «камера спереди».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Звёзды падают всё быстрее: переменная «скорость» и «изменить высоту на (0 − скорость)».</w:t>
      </w:r>
    </w:p>
    <w:p>
      <w:pPr>
        <w:pStyle w:val="ListBullet"/>
        <w:spacing w:after="40"/>
      </w:pPr>
      <w:r>
        <w:rPr>
          <w:b w:val="0"/>
          <w:i w:val="0"/>
        </w:rPr>
        <w:t>Сердце-бонус (+1 жизнь) — объект «сердце».</w:t>
      </w:r>
    </w:p>
    <w:p>
      <w:pPr>
        <w:pStyle w:val="ListBullet"/>
        <w:spacing w:after="40"/>
      </w:pPr>
      <w:r>
        <w:rPr>
          <w:b w:val="0"/>
          <w:i w:val="0"/>
        </w:rPr>
        <w:t>Корзина плавно ездит через «клавиша … нажата?» в цикле.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Что такое клон и чем он отличается от оригинала?</w:t>
      </w:r>
    </w:p>
    <w:p>
      <w:pPr>
        <w:pStyle w:val="ListBullet"/>
        <w:spacing w:after="40"/>
      </w:pPr>
      <w:r>
        <w:rPr>
          <w:b w:val="0"/>
          <w:i w:val="0"/>
        </w:rPr>
        <w:t>Почему оригинал звезды спрятан?</w:t>
      </w:r>
    </w:p>
    <w:p>
      <w:pPr>
        <w:pStyle w:val="ListBullet"/>
        <w:spacing w:after="40"/>
      </w:pPr>
      <w:r>
        <w:rPr>
          <w:b w:val="0"/>
          <w:i w:val="0"/>
        </w:rPr>
        <w:t>Что будет без «удалить этот клон»?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Придумать игру, где нужны клоны (снежинки, пули, рыбы) и описать, что делает один клон.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«Звездопад»: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4. 🏎️ Гонки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Сделать физику движения через переменную «скорость» и научиться опрашивать клавиши в цикле.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Гонка на 3 круга вокруг озера с разгоном, трением, торможением о конусы и секундомером.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физика через переменную, трение (умножение), опрос клавиш, счётчик кругов, таймер, смена сцены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клавиша … нажата? · … × … · идти вперёд на (скорость) · если край, оттолкнуться · таймер · сбросить таймер · не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«Пульт управления»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«04 Гонки.tblocks»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Чемпионат по гонкам вокруг горного озера. Трасса нарисована прямо на полу сцены. Нужно проехать три круга как можно быстрее и не застрять в конусах, а после второго круга наступает ночь.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Машина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машина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Газ — стрелка вверх, тормоз — вниз, руль — влево/вправо.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Финиш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финиш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Клетчатая линия. Считает круги и показывает время.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Озеро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платформа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центре трассы, в него нельзя заезжать.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Конус, Конус 2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конус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Препятствия: резко сбрасывают скорость.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3 круга, время видно в конце на надписи.</w:t>
      </w:r>
    </w:p>
    <w:p>
      <w:pPr>
        <w:pStyle w:val="ListBullet"/>
        <w:spacing w:after="40"/>
      </w:pPr>
      <w:r>
        <w:rPr>
          <w:b w:val="0"/>
          <w:i w:val="0"/>
        </w:rPr>
        <w:t>Озеро выталкивает машину и останавливает её.</w:t>
      </w:r>
    </w:p>
    <w:p>
      <w:pPr>
        <w:pStyle w:val="ListBullet"/>
        <w:spacing w:after="40"/>
      </w:pPr>
      <w:r>
        <w:rPr>
          <w:b w:val="0"/>
          <w:i w:val="0"/>
        </w:rPr>
        <w:t>Конус замедляет до 0.5.</w:t>
      </w:r>
    </w:p>
    <w:p>
      <w:pPr>
        <w:pStyle w:val="ListBullet"/>
        <w:spacing w:after="40"/>
      </w:pPr>
      <w:r>
        <w:rPr>
          <w:b w:val="0"/>
          <w:i w:val="0"/>
        </w:rPr>
        <w:t>После второго круга сцена меняется на «Ночная трасса» — та же дорога, но ночью.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«Пульт управления»: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4».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Газ и трение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35–45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Руль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Озеро и конусы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55–70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Круги и секундомер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70–80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Газ и трение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Машина</w:t>
      </w:r>
      <w:r>
        <w:rPr>
          <w:b w:val="0"/>
          <w:i w:val="0"/>
        </w:rPr>
        <w:t>: «когда нажат ⚑» → «сменить сцену на Трасса» → «задать скорость 0» → «повторять всегда».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Внутри: «если клавиша стрелка вверх нажата? то изменить скорость на 0.2», «если стрелка вниз нажата? то изменить скорость на -0.3».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«задать скорость (скорость × 0.98)» и «идти вперёд на (скорость)».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Каждый кадр скорость чуть-чуть умножается на 0.98 — это трение. Без газа машина сама плавно остановится.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Руль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Внутри того же цикла: «если стрелка влево нажата? то повернуть ↺ на 3°», вправо — «повернуть ↻ на 3°».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Почему здесь не шляпки «когда нажата клавиша»? Шляпка срабатывает один раз, а опрос в цикле — каждый кадр, пока кнопка держится.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Озеро и конусы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«если касаюсь Озеро? то» { «идти вперёд на -10», «задать скорость 0»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«если касаюсь Конус? то задать скорость 0.5».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«если край, оттолкнуться».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Шаг назад выталкивает машину из озера, иначе она застрянет внутри.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Круги и секундомер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Финиш</w:t>
      </w:r>
      <w:r>
        <w:rPr>
          <w:b w:val="0"/>
          <w:i w:val="0"/>
        </w:rPr>
        <w:t>: «когда нажат ⚑» → «задать круги 0» → «сбросить таймер» → «повторять всегда».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Внутри: «ждать до касаюсь Машина?» → «изменить круги на 1» → «звук бип» → «если (круги = 2) то сменить сцену на Ночная трасса» → «если (круги &gt; 2) то» { «надпись (слить «Финиш! Время: » таймер)», «звук победа», «стоп всё» } → «ждать до (не касаюсь Машина?)».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Второе «ждать до не касаюсь» — защита: пока машина стоит на линии, круг считается один раз.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Машина едет сама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Скорость не обнуляется в начале или стоит «изменить скорость на 0.2» без условия.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 поворачивает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Повороты стоят вне цикла «всегда».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Круги считаются по 50 раз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«ждать до не касаюсь Машина?».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Машина «прилипла» к озеру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шага назад «идти вперёд на -1».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Нитро: по пробелу «задать скорость 6» один раз за круг.</w:t>
      </w:r>
    </w:p>
    <w:p>
      <w:pPr>
        <w:pStyle w:val="ListBullet"/>
        <w:spacing w:after="40"/>
      </w:pPr>
      <w:r>
        <w:rPr>
          <w:b w:val="0"/>
          <w:i w:val="0"/>
        </w:rPr>
        <w:t>Второй игрок на клавишах W/A/S/D.</w:t>
      </w:r>
    </w:p>
    <w:p>
      <w:pPr>
        <w:pStyle w:val="ListBullet"/>
        <w:spacing w:after="40"/>
      </w:pPr>
      <w:r>
        <w:rPr>
          <w:b w:val="0"/>
          <w:i w:val="0"/>
        </w:rPr>
        <w:t>Нарисовать свою трассу из стен.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Почему умножение на 0.98 похоже на трение?</w:t>
      </w:r>
    </w:p>
    <w:p>
      <w:pPr>
        <w:pStyle w:val="ListBullet"/>
        <w:spacing w:after="40"/>
      </w:pPr>
      <w:r>
        <w:rPr>
          <w:b w:val="0"/>
          <w:i w:val="0"/>
        </w:rPr>
        <w:t>Чем опрос клавиш отличается от шляпки клавиши?</w:t>
      </w:r>
    </w:p>
    <w:p>
      <w:pPr>
        <w:pStyle w:val="ListBullet"/>
        <w:spacing w:after="40"/>
      </w:pPr>
      <w:r>
        <w:rPr>
          <w:b w:val="0"/>
          <w:i w:val="0"/>
        </w:rPr>
        <w:t>Какую переменную показать игроку, кроме времени?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Найти в любимой игре примеры «скрытых» переменных: скорость, здоровье, опыт.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«Гонки»: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5. 🛡️ Защита базы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Сделать игру, где взаимодействуют клоны двух объектов: выстрелы и враги.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Космический тир: пушка ездит и стреляет лазером, метеориты летят на базу, 3 жизни, счёт сбитых.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два вида клонов, «перейти к» объекту, движение по оси y, столкновение клонов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перейти к … · изменить y на · y (позиция) · &gt; / &lt;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«Метеоритный дождь»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«05 Защита базы.tblocks»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Космическая база под атакой метеоритов (сцена «Космос» со звёздами на полу)! Пушка внизу поля должна сбивать их лазером, пока они не долетели.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Пушка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ракета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Игрок внизу поля, ездит влево-вправо.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Спрятан. По пробелу создаёт клон-выстрел, который летит вверх.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Метеорит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метеорит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Спрятан. Каждые 1.5 сек создаёт клон, который летит вниз.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Сбил метеорит — +1 очко.</w:t>
      </w:r>
    </w:p>
    <w:p>
      <w:pPr>
        <w:pStyle w:val="ListBullet"/>
        <w:spacing w:after="40"/>
      </w:pPr>
      <w:r>
        <w:rPr>
          <w:b w:val="0"/>
          <w:i w:val="0"/>
        </w:rPr>
        <w:t>Метеорит долетел до низа — −1 жизнь.</w:t>
      </w:r>
    </w:p>
    <w:p>
      <w:pPr>
        <w:pStyle w:val="ListBullet"/>
        <w:spacing w:after="40"/>
      </w:pPr>
      <w:r>
        <w:rPr>
          <w:b w:val="0"/>
          <w:i w:val="0"/>
        </w:rPr>
        <w:t>3 жизни. «База разрушена! Очки: N».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«Метеоритный дождь»: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5».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Пушка ездит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30–45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Выстрел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45–60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Метеориты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60–70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Конец игры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70–80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Пушка ездит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Пушка</w:t>
      </w:r>
      <w:r>
        <w:rPr>
          <w:b w:val="0"/>
          <w:i w:val="0"/>
        </w:rPr>
        <w:t>: шляпки стрелок влево/вправо → «изменить x на -3 / 3».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Пушка двигается только по x — как корзина в «Звездопаде».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Выстрел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Лазер</w:t>
      </w:r>
      <w:r>
        <w:rPr>
          <w:b w:val="0"/>
          <w:i w:val="0"/>
        </w:rPr>
        <w:t>: «когда нажат ⚑» → «спрятаться».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«когда нажата клавиша пробел» → «создать клон я» → «ждать 0.3 сек» — это перезарядка: пока пробел зажат, скрипт повторяется, и без паузы было бы 60 выстрелов в секунду.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«когда я появляюсь как клон» → «перейти к Пушка» → «установить высоту 10» → «показаться» → «повторять пока не (y &gt; 200)» { «изменить y на 8» }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«Перейти к Пушка» ставит выстрел туда, где пушка стоит именно сейчас.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Метеориты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Метеорит</w:t>
      </w:r>
      <w:r>
        <w:rPr>
          <w:b w:val="0"/>
          <w:i w:val="0"/>
        </w:rPr>
        <w:t>: «когда нажат ⚑» → «спрятаться» → «всегда» { «создать клон я», «ждать 1.5 сек»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Клон: «перейти в x: (случайное -150…150) y: 200» → «установить высоту 10» → «показаться» → «повторять пока не (y &lt; -180)» { «изменить y на -1.2», «если касаюсь Лазер? то» { «изменить очки на 1», «звук взрыв», «удалить этот клон» } } → «изменить жизни на -1»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Метеорит проверяет касание лазера сам. Попробуйте поменять скорость полёта.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Конец игры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Пушка</w:t>
      </w:r>
      <w:r>
        <w:rPr>
          <w:b w:val="0"/>
          <w:i w:val="0"/>
        </w:rPr>
        <w:t>: «когда нажат ⚑» → «задать очки 0», «задать жизни 3», «убрать надпись» → «ждать до (жизни &lt; 1)» → «надпись (слить «База разрушена! Очки: » очки)» → «стоп всё».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Это тот же приём, что и в «Звездопаде» — повторение закрепляет.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Выстрел вылетает из центра поля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«перейти к Пушка» в начале клона.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 не сбивает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Разная высота: у лазера и метеорита должно быть «установить высоту 10».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Выстрелы летят вниз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«изменить y на -8» вместо 8.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 тормозит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«удалить этот клон» после цикла у лазера.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Скорострельность: поменяйте «ждать 0.3» на 0.1 или 1 — как меняется игра?</w:t>
      </w:r>
    </w:p>
    <w:p>
      <w:pPr>
        <w:pStyle w:val="ListBullet"/>
        <w:spacing w:after="40"/>
      </w:pPr>
      <w:r>
        <w:rPr>
          <w:b w:val="0"/>
          <w:i w:val="0"/>
        </w:rPr>
        <w:t>Большие метеориты на 2 попадания.</w:t>
      </w:r>
    </w:p>
    <w:p>
      <w:pPr>
        <w:pStyle w:val="ListBullet"/>
        <w:spacing w:after="40"/>
      </w:pPr>
      <w:r>
        <w:rPr>
          <w:b w:val="0"/>
          <w:i w:val="0"/>
        </w:rPr>
        <w:t>Пушка следует за мышью: в цикле «изменить x на» замените на «перейти в x: (мышь x) y: -160».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Кто проверяет столкновение — лазер или метеорит? А можно наоборот?</w:t>
      </w:r>
    </w:p>
    <w:p>
      <w:pPr>
        <w:pStyle w:val="ListBullet"/>
        <w:spacing w:after="40"/>
      </w:pPr>
      <w:r>
        <w:rPr>
          <w:b w:val="0"/>
          <w:i w:val="0"/>
        </w:rPr>
        <w:t>Почему лазер удаляется, когда улетает за край?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Нарисовать в редакторе своих объектов космический корабль для следующего занятия.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«Защита базы»: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6. 🗝️ Лабиринт сокровищ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Научиться строить карту из объектов и связывать объекты сообщениями.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Лабиринт со стенами, ключом, дверью и сундуком. Ключ открывает дверь сообщением.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карта уровня, рисование пола сцены, коллизии (шаг назад), сообщения, смена сцены, свои объекты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передать … · когда получу … · стоп этот скрипт · ждать до · сменить сцену на · когда сцена сменится на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«Сигнал к старту»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«06 Лабиринт сокровищ.tblocks»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Древний лабиринт хранит сундук с сокровищем. Путь к нему закрыт красной дверью — нужно найти ключ.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Ходит по клеткам, поворачивает на 90°. Сквозь стены не проходит.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Стена … Стена 7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стена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Стены лабиринта. Дети достраивают сами.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Ключ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ключ (свой объект)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Крутится. Найден — передаёт сообщение «ключ» и исчезает.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Дверь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стена (красная)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Получив «ключ», говорит «Открыто!» и исчезает.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Сундук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сундук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Финиш: переносит в сцену «Сокровищница».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Стены и дверь не пускают робота.</w:t>
      </w:r>
    </w:p>
    <w:p>
      <w:pPr>
        <w:pStyle w:val="ListBullet"/>
        <w:spacing w:after="40"/>
      </w:pPr>
      <w:r>
        <w:rPr>
          <w:b w:val="0"/>
          <w:i w:val="0"/>
        </w:rPr>
        <w:t>Ключ открывает дверь.</w:t>
      </w:r>
    </w:p>
    <w:p>
      <w:pPr>
        <w:pStyle w:val="ListBullet"/>
        <w:spacing w:after="40"/>
      </w:pPr>
      <w:r>
        <w:rPr>
          <w:b w:val="0"/>
          <w:i w:val="0"/>
        </w:rPr>
        <w:t>Добрался до сундука — победа.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«Сигнал к старту»: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6».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Строим лабиринт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Сквозь стены нельзя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45–60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Ключ открывает дверь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60–65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Сокровищница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Строим лабиринт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«＋ Объект» → «стена» — минимум 2 новые стены (имена получатся «Стена 6», «Стена 7»).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Перетащите их мышкой на сцене, поверните полем «направление» (0 или 90), измените «размер %».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Нарисуйте пол: у сцены «Подземелье» нажмите «✏️ Настроить» и дорисуйте кистью коридоры, воду или лаву.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По желанию: выберите Ключ → «Нарисовать свою форму» и нарисуйте свой ключ из кубиков.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Все копии «Стена 2», «Стена 3»… считаются стенами в блоке «касаюсь Стена?» — не надо писать отдельный скрипт для каждой.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Сквозь стены нельзя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«когда нажата клавиша стрелка вверх» → «идти вперёд на 2» → «если (касаюсь Стена? или касаюсь Дверь?) то идти вперёд на -2».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Стрелка вниз — наоборот (−2 и +2). Влево/вправо — «повернуть на 90°» и «ждать 0.3 сек»: иначе при зажатой клавише робот закружится.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«когда нажат ⚑» → «сменить сцену на Подземелье» → «убрать надпись» → «перейти в x: -160 y: -160» → «смотреть в направлении 0».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Приём «шаг и откат»: робот делает шаг, проверяет, не в стене ли он, и если да — сразу отступает.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Ключ открывает дверь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Ключ</w:t>
      </w:r>
      <w:r>
        <w:rPr>
          <w:b w:val="0"/>
          <w:i w:val="0"/>
        </w:rPr>
        <w:t>: «когда нажат ⚑» → «показаться» → «всегда» { «повернуть ↻ на 3°», «если касаюсь Робот? то» { «звук монетка», «передать ключ», «спрятаться», «стоп этот скрипт» }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Дверь</w:t>
      </w:r>
      <w:r>
        <w:rPr>
          <w:b w:val="0"/>
          <w:i w:val="0"/>
        </w:rPr>
        <w:t>: «когда нажат ⚑» → «показаться». «когда получу ключ» → «сказать Открыто! 1 сек» → «спрятаться».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Сообщение — как радиосигнал: ключ кричит «ключ!», а дверь, которая его слушает, открывается.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Сокровищница  (≈ 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Сундук</w:t>
      </w:r>
      <w:r>
        <w:rPr>
          <w:b w:val="0"/>
          <w:i w:val="0"/>
        </w:rPr>
        <w:t>: «когда нажат ⚑» → «ждать до касаюсь Робот?» → «сменить сцену на Сокровищница» → «надпись Сокровище твоё!» → «звук победа».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Робот</w:t>
      </w:r>
      <w:r>
        <w:rPr>
          <w:b w:val="0"/>
          <w:i w:val="0"/>
        </w:rPr>
        <w:t>: [События] «когда сцена сменится на Сокровищница» → «сказать Я богат! 2 сек».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Сцена — это пол, небо и время суток. Смена сцены — событие, которое слышат все объекты: так в играх делают переход на новый уровень.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проходит сквозь стену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Проверка стоит не сразу после шага или проверяется не «Стена», а «Стена 2».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Дверь не открывается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Разные имена сообщений: «ключ» и «Ключ» — это разные сообщения.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Дверь сразу пропала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«показаться» по флажку — дверь осталась спрятанной с прошлой игры.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Две двери и два ключа (сообщения «ключ1», «ключ2»).</w:t>
      </w:r>
    </w:p>
    <w:p>
      <w:pPr>
        <w:pStyle w:val="ListBullet"/>
        <w:spacing w:after="40"/>
      </w:pPr>
      <w:r>
        <w:rPr>
          <w:b w:val="0"/>
          <w:i w:val="0"/>
        </w:rPr>
        <w:t>Враг-призрак, который ходит по коридору «плыть … к».</w:t>
      </w:r>
    </w:p>
    <w:p>
      <w:pPr>
        <w:pStyle w:val="ListBullet"/>
        <w:spacing w:after="40"/>
      </w:pPr>
      <w:r>
        <w:rPr>
          <w:b w:val="0"/>
          <w:i w:val="0"/>
        </w:rPr>
        <w:t>Таймер прохождения и рекорд.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Зачем нужны сообщения, если можно проверять «касаюсь»?</w:t>
      </w:r>
    </w:p>
    <w:p>
      <w:pPr>
        <w:pStyle w:val="ListBullet"/>
        <w:spacing w:after="40"/>
      </w:pPr>
      <w:r>
        <w:rPr>
          <w:b w:val="0"/>
          <w:i w:val="0"/>
        </w:rPr>
        <w:t>Как сделать лабиринт сложнее, не меняя код?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Нарисовать на клетчатой бумаге свой лабиринт 10×10 и перенести его на сцену на следующем занятии.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«Лабиринт сокровищ»: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7. ⚽ Пенальти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Научиться передавать направление между объектами и делать «умного» соперника.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Футбол: игрок бьёт мяч, мяч летит по направлению игрока и отскакивает, вратарь ходит в воротах, голы считаются.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направление, свойства другого объекта, затухание скорости, отскок, простой ИИ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… у … (направление у Игрок) · смотреть в направлении (…) · если край, оттолкнуться · плыть … к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«Планета и спутник»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«07 Пенальти.tblocks»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Финал чемпионата на стадионе (разметка поля — шаблон сцены «футбол»)! Твой робот-футболист должен забить мяч мимо робота-вратаря.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Игрок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Бегает: стрелка вверх — вперёд, влево/вправо — поворот.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После касания игрока летит туда, куда смотрит игрок, постепенно замедляется.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Вратарь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(красный)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Сам ходит по линии ворот, отбивает мяч.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Ворота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ворота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коснулся — ГОЛ.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Гол — +1 очко, мяч возвращается на точку.</w:t>
      </w:r>
    </w:p>
    <w:p>
      <w:pPr>
        <w:pStyle w:val="ListBullet"/>
        <w:spacing w:after="40"/>
      </w:pPr>
      <w:r>
        <w:rPr>
          <w:b w:val="0"/>
          <w:i w:val="0"/>
        </w:rPr>
        <w:t>Вратарь отбивает мяч назад.</w:t>
      </w:r>
    </w:p>
    <w:p>
      <w:pPr>
        <w:pStyle w:val="ListBullet"/>
        <w:spacing w:after="40"/>
      </w:pPr>
      <w:r>
        <w:rPr>
          <w:b w:val="0"/>
          <w:i w:val="0"/>
        </w:rPr>
        <w:t>Игра бесконечная — соревнуйтесь, кто больше забьёт за 2 минуты.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«Планета и спутник»: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7».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Игрок бегает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30–45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Удар по мячу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Вратарь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Гол!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Игрок бегает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Игрок</w:t>
      </w:r>
      <w:r>
        <w:rPr>
          <w:b w:val="0"/>
          <w:i w:val="0"/>
        </w:rPr>
        <w:t>: «когда нажат ⚑» → «перейти в x: 0 y: -100» → «всегда» { «если стрелка вверх нажата? то идти вперёд на 2.5», влево/вправо — повороты на 4°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Это опрос клавиш, как в «Гонках».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Удар по мячу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Мяч</w:t>
      </w:r>
      <w:r>
        <w:rPr>
          <w:b w:val="0"/>
          <w:i w:val="0"/>
        </w:rPr>
        <w:t>: «когда нажат ⚑» → «перейти в x: 0 y: -50» → «задать удар 0» → «всегда».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Внутри: «если касаюсь Игрок? то» { «смотреть в направлении (направление у Игрок)», «задать удар 8», «звук бип»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«идти вперёд на (удар)», «задать удар (удар × 0.97)», «если край, оттолкнуться».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Круглый блок «… у …» из Сенсоров узнаёт свойство другого объекта: x, y, высоту или направление.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Вратарь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Вратарь</w:t>
      </w:r>
      <w:r>
        <w:rPr>
          <w:b w:val="0"/>
          <w:i w:val="0"/>
        </w:rPr>
        <w:t>: «когда нажат ⚑» → «всегда» { «плыть 1 сек к x: 50 y: 140», «плыть 1 сек к x: -50 y: 140»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Мяч</w:t>
      </w:r>
      <w:r>
        <w:rPr>
          <w:b w:val="0"/>
          <w:i w:val="0"/>
        </w:rPr>
        <w:t>: «если касаюсь Вратарь? то» { «повернуть ↻ на 180°», «идти вперёд на 15», «задать удар 4», «звук ой»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Это простейший «искусственный интеллект»: вратарь действует сам по правилам.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Гол!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Мяч</w:t>
      </w:r>
      <w:r>
        <w:rPr>
          <w:b w:val="0"/>
          <w:i w:val="0"/>
        </w:rPr>
        <w:t>: «если касаюсь Ворота? то» { «изменить очки на 1», «надпись ГОЛ!», «звук победа», «ждать 1 сек», «убрать надпись», «перейти в x: 0 y: -50», «задать удар 0» }.</w:t>
      </w: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«дрожит» у вратаря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«идти вперёд на 15» после разворота — мяч снова касается вратаря.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летит всегда вверх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Вместо «направление у Игрок» вписано число.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не останавливается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«задать удар (удар × 0.97)».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Вратарь следит за мячом: «плыть 0.3 сек к x: (x у Мяч) y: 140».</w:t>
      </w:r>
    </w:p>
    <w:p>
      <w:pPr>
        <w:pStyle w:val="ListBullet"/>
        <w:spacing w:after="40"/>
      </w:pPr>
      <w:r>
        <w:rPr>
          <w:b w:val="0"/>
          <w:i w:val="0"/>
        </w:rPr>
        <w:t>Таймер матча 60 секунд.</w:t>
      </w:r>
    </w:p>
    <w:p>
      <w:pPr>
        <w:pStyle w:val="ListBullet"/>
        <w:spacing w:after="40"/>
      </w:pPr>
      <w:r>
        <w:rPr>
          <w:b w:val="0"/>
          <w:i w:val="0"/>
        </w:rPr>
        <w:t>Второй игрок-соперник.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Как мяч «узнал», куда смотрит игрок?</w:t>
      </w:r>
    </w:p>
    <w:p>
      <w:pPr>
        <w:pStyle w:val="ListBullet"/>
        <w:spacing w:after="40"/>
      </w:pPr>
      <w:r>
        <w:rPr>
          <w:b w:val="0"/>
          <w:i w:val="0"/>
        </w:rPr>
        <w:t>Как сделать вратаря умнее, но не непобедимым?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Придумать правила для другого спорта (баскетбол, хоккей) с теми же блоками.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«Пенальти»: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8. 🐍 Змейка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Сделать классическую «Змейку», где хвост — это клоны с ограниченным временем жизни.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Змейка по клеткам: растёт от яблок, погибает от хвоста и края, камера сверху.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движение по сетке, время жизни клона, вычисления в окошках, проигрыш по двум условиям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создать клон Хвост · перейти к Голова · ждать (длина × 0.2) · случайное × 2 · камера сверху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«Светофор»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«08 Змейка.tblocks»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Змейка ползает по саду и ест яблоки. С каждым яблоком она длиннее — и тем сложнее не укусить себя за хвост.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Голова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куб (зелёный)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Ползёт по клеткам каждые 0.2 сек, поворачивает стрелками.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Хвост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куб (тёмно-зелёный)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Спрятан. Каждый шаг головы создаёт клон-отпечаток, который живёт «длина × 0.2» сек.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Яблоко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мяч (красный)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Съели — длина +1, очки +1, яблоко появляется в новой клетке.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Клетка = 20 шагов, поле от −200 до 200.</w:t>
      </w:r>
    </w:p>
    <w:p>
      <w:pPr>
        <w:pStyle w:val="ListBullet"/>
        <w:spacing w:after="40"/>
      </w:pPr>
      <w:r>
        <w:rPr>
          <w:b w:val="0"/>
          <w:i w:val="0"/>
        </w:rPr>
        <w:t>Проигрыш: голова коснулась хвоста или края.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«Светофор»: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8».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Голова ползёт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Хвост из клонов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Яблоко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Конец игры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Голова ползёт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Голова</w:t>
      </w:r>
      <w:r>
        <w:rPr>
          <w:b w:val="0"/>
          <w:i w:val="0"/>
        </w:rPr>
        <w:t>: «когда нажат ⚑» → «убрать надпись» → «перейти в x: 0 y: 0» → «смотреть в направлении 0» → «камера сверху» → «всегда» { «идти вперёд на 20», «ждать 0.2 сек»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Стрелки: вверх → «смотреть в направлении 0», вниз → 180, влево → -90, вправо → 90.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Шаг 20 — ровно одна клетка: кубик 20×20 шагов.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Хвост из клонов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В цикле головы ПЕРЕД «идти вперёд»: «создать клон Хвост».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Хвост</w:t>
      </w:r>
      <w:r>
        <w:rPr>
          <w:b w:val="0"/>
          <w:i w:val="0"/>
        </w:rPr>
        <w:t>: «когда нажат ⚑» → «спрятаться». «когда я появляюсь как клон» → «перейти к Голова» → «показаться» → «ждать (длина × 0.2) сек»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Каждый клон — след головы. Чем дольше живёт след, тем длиннее хвост.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Яблоко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Яблоко</w:t>
      </w:r>
      <w:r>
        <w:rPr>
          <w:b w:val="0"/>
          <w:i w:val="0"/>
        </w:rPr>
        <w:t>: «когда нажат ⚑» → «задать длина 3» → «задать очки 0» → «всегда» { «если касаюсь Голова? то» { «изменить длина на 1», «изменить очки на 1», «звук монетка», «перейти в x: (случайное -8…8 × 20) y: (случайное -8…8 × 20)» }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Умножаем случайное на 20, чтобы яблоко стояло ровно в клетке.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Конец игры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Голова, после шага: «если (касаюсь Хвост? или касаюсь край?) то» { «надпись (слить «Конец! Очки: » очки)», «звук ой», «стоп всё»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Почему нельзя развернуться назад? Сразу врежешься в свой хвост.</w:t>
            </w:r>
          </w:p>
        </w:tc>
      </w:tr>
    </w:tbl>
    <w:p>
      <w:pPr>
        <w:spacing w:after="40"/>
      </w:pP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Змейка сразу умирает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 создаётся ПОСЛЕ шага — переставьте «создать клон Хвост» перед «идти вперёд».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Хвост не растёт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«ждать» стоит число, а не «длина × 0.2».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Яблоко «между клетками»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умножения на 20.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Скорость растёт с очками: «ждать (0.2 − очки × 0.005)».</w:t>
      </w:r>
    </w:p>
    <w:p>
      <w:pPr>
        <w:pStyle w:val="ListBullet"/>
        <w:spacing w:after="40"/>
      </w:pPr>
      <w:r>
        <w:rPr>
          <w:b w:val="0"/>
          <w:i w:val="0"/>
        </w:rPr>
        <w:t>Золотое яблоко +3.</w:t>
      </w:r>
    </w:p>
    <w:p>
      <w:pPr>
        <w:pStyle w:val="ListBullet"/>
        <w:spacing w:after="40"/>
      </w:pPr>
      <w:r>
        <w:rPr>
          <w:b w:val="0"/>
          <w:i w:val="0"/>
        </w:rPr>
        <w:t>Стены-препятствия внутри поля.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Как хвост «знает», сколько ему жить?</w:t>
      </w:r>
    </w:p>
    <w:p>
      <w:pPr>
        <w:pStyle w:val="ListBullet"/>
        <w:spacing w:after="40"/>
      </w:pPr>
      <w:r>
        <w:rPr>
          <w:b w:val="0"/>
          <w:i w:val="0"/>
        </w:rPr>
        <w:t>Что изменится, если ждать 0.1 вместо 0.2?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Посчитать на бумаге: какой длины будет хвост при длине 5 и шаге 0.2 сек?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«Змейка»: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9. 🏝️ Прыжки по островам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Запрограммировать собственную гравитацию и прыжок через переменную вертикальной скорости.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Платформер: герой прыгает с острова на остров всё выше и добирается до звезды.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гравитация, вертикальная скорость vy, «если … иначе», логическое «и», смена времени суток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если … иначе · и · изменить высоту на (vy) · высота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«Прыжок со звуком»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«09 Прыжки по островам.tblocks»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Остров в небе рассыпался на кусочки над морем. Герой должен допрыгать до звезды на самом верхнем острове, пока утро не сменилось ночью.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Герой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Бег — стрелки влево/вправо, прыжок — пробел (только стоя на острове).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Остров … Остров 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остров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Платформы на разной высоте.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звезда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 на самом высоком острове.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Упал на землю — «Упал! Жми ⚑».</w:t>
      </w:r>
    </w:p>
    <w:p>
      <w:pPr>
        <w:pStyle w:val="ListBullet"/>
        <w:spacing w:after="40"/>
      </w:pPr>
      <w:r>
        <w:rPr>
          <w:b w:val="0"/>
          <w:i w:val="0"/>
        </w:rPr>
        <w:t>Коснулся звезды — «Ты добрался!».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«Прыжок со звуком»: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9».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20–35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Гравитация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35–50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Стоим на острове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45–55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Прыжок и бег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55–65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Победа и проигрыш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Гравитация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Герой</w:t>
      </w:r>
      <w:r>
        <w:rPr>
          <w:b w:val="0"/>
          <w:i w:val="0"/>
        </w:rPr>
        <w:t>: «когда нажат ⚑» → «убрать надпись» → «перейти в x: -140 y: 0» → «установить высоту 11» → «задать vy 0» → «камера спереди» → «всегда» { «изменить высоту на (vy)», «изменить vy на -0.3»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Запустите — герой провалится! Это нормально.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vy — скорость вверх. Каждый кадр гравитация уменьшает её, и герой падает всё быстрее — как настоящий предмет.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Стоим на острове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Замените «изменить vy на -0.3» на «если касаюсь Остров? то { если vy &lt; 0 то задать vy 0 } иначе { изменить vy на -0.3 }».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 острове падать не нужно, в воздухе — нужно. Это и есть «если … иначе».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Прыжок и бег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«если (клавиша пробел нажата? и касаюсь Остров?) то» { «задать vy 5», «звук прыжок»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«если стрелка вправо нажата? то изменить x на 1.5», влево — на -1.5.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«И» — правда, только если правдивы оба условия. Прыгать можно, только стоя на острове.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Победа и проигрыш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Герой: «если (высота &lt; 2) то» { «надпись Упал! Жми ⚑», «звук ой», «стоп всё»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Время суток: ещё «когда нажат ⚑» → «сменить сцену на Утро» → «всегда» { «ждать 8 сек», «следующая сцена» }. Сцены Утро → День → Вечер → Ночь уже готовы.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/>
          <w:i w:val="0"/>
        </w:rPr>
        <w:t>Звезда</w:t>
      </w:r>
      <w:r>
        <w:rPr>
          <w:b w:val="0"/>
          <w:i w:val="0"/>
        </w:rPr>
        <w:t>: «когда нажат ⚑» → «всегда» { «повернуть ↻ на 4°», «если касаюсь Герой? то» { «надпись Ты добрался!», «звук победа», «стоп всё» } }.</w:t>
      </w: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Герой взлетает бесконечно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«изменить vy» стоит +0.3 вместо −0.3.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Прыгает в воздухе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«и касаюсь Остров?» в условии прыжка.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Проваливается сквозь остров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Проверка острова стоит не в том же цикле.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Двойной прыжок (переменная «прыжки»).</w:t>
      </w:r>
    </w:p>
    <w:p>
      <w:pPr>
        <w:pStyle w:val="ListBullet"/>
        <w:spacing w:after="40"/>
      </w:pPr>
      <w:r>
        <w:rPr>
          <w:b w:val="0"/>
          <w:i w:val="0"/>
        </w:rPr>
        <w:t>Движущийся остров («плыть … к» туда-обратно).</w:t>
      </w:r>
    </w:p>
    <w:p>
      <w:pPr>
        <w:pStyle w:val="ListBullet"/>
        <w:spacing w:after="40"/>
      </w:pPr>
      <w:r>
        <w:rPr>
          <w:b w:val="0"/>
          <w:i w:val="0"/>
        </w:rPr>
        <w:t>Монеты на островах.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Почему без гравитации герой улетел бы навсегда?</w:t>
      </w:r>
    </w:p>
    <w:p>
      <w:pPr>
        <w:pStyle w:val="ListBullet"/>
        <w:spacing w:after="40"/>
      </w:pPr>
      <w:r>
        <w:rPr>
          <w:b w:val="0"/>
          <w:i w:val="0"/>
        </w:rPr>
        <w:t>Что изменится, если vy прыжка 7?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Придумать уровень из 7 островов и нарисовать его схему.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«Прыжки по островам»: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Занятие 10. 👾 Битва с боссом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Финальный проект: собрать игру со всеми изученными приёмами и своим героем.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Битва: босс летает и стреляет огнём в героя, герой отвечает лазером, у босса 10 здоровья, у героя 3 жизни.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понятия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прицеливание, сообщения о попадании, две переменные здоровья, сцена победы, свой персонаж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Новые блоки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повернуться к … · создать клон Огонь · когда получу попал · сменить костюм на · установить свечение · ждать до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Разминка «Запуск ракеты» (раздел «Разминки» в окне «Уроки»)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«10 Битва с боссом.tblocks» в папке «Готовые игры»</w:t>
            </w:r>
          </w:p>
        </w:tc>
      </w:tr>
    </w:tbl>
    <w:p>
      <w:pPr>
        <w:spacing w:after="40"/>
      </w:pPr>
    </w:p>
    <w:p>
      <w:pPr>
        <w:pStyle w:val="Heading3"/>
      </w:pPr>
      <w:r>
        <w:t>Сюжет</w:t>
      </w:r>
    </w:p>
    <w:p>
      <w:r>
        <w:rPr>
          <w:b w:val="0"/>
          <w:i w:val="0"/>
        </w:rPr>
        <w:t>Последний уровень! Огромный робот-босс захватил лавовую арену. Победи его — и арена сменится светлой сценой победы.</w:t>
      </w:r>
    </w:p>
    <w:p>
      <w:pPr>
        <w:pStyle w:val="Heading3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32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в игре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Герой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или свой объект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Бегает влево-вправо, стреляет по пробелу.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Клоны-выстрелы героя, попадание — минус здоровье босса.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Босс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босс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Летает в случайные места и стреляет огнём. При попадании злится (костюм «злой»), а в конце пылает от ярости.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Огонь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огонь</w:t>
            </w:r>
          </w:p>
        </w:tc>
        <w:tc>
          <w:tcPr>
            <w:tcW w:type="dxa" w:w="532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Клоны летят туда, где был герой в момент выстрела.</w:t>
            </w:r>
          </w:p>
        </w:tc>
      </w:tr>
    </w:tbl>
    <w:p>
      <w:pPr>
        <w:spacing w:after="40"/>
      </w:pPr>
    </w:p>
    <w:p>
      <w:pPr>
        <w:pStyle w:val="Heading3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10 попаданий — «ПОБЕДА! Босс повержен».</w:t>
      </w:r>
    </w:p>
    <w:p>
      <w:pPr>
        <w:pStyle w:val="ListBullet"/>
        <w:spacing w:after="40"/>
      </w:pPr>
      <w:r>
        <w:rPr>
          <w:b w:val="0"/>
          <w:i w:val="0"/>
        </w:rPr>
        <w:t>3 попадания по герою — «Босс победил…».</w:t>
      </w:r>
    </w:p>
    <w:p>
      <w:pPr>
        <w:pStyle w:val="Heading2"/>
      </w:pPr>
      <w:r>
        <w:t>Ход занятия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02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08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Вход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готовую игру (режим педагога → «Готовая игра»). Вопрос: «Кто здесь главный герой? Что он делает?»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Называют персонажей и правила.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Разминка «Запуск ракеты»: дети проходят самостоятельно, педагог помогает отстающим.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Проходят разминку до окна «Урок пройден».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15–20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Сюжет и сцена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Открыть «Уроки → Занятие 10». Разобрать персонажей. Показать сцены справа (пол, небо, время суток). Дать 2 минуты подвигать объекты и полистать лупу.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Двигают объекты, меняют размер и цвет, листают сцены.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20–40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Герой и лазер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45–60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Босс летает и стреляет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60–65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Босс злится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65–75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Сцена победы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идею этапа, продиктовать первые блоки, остальное — сами. Проверка: ✓ у этапа.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Собирают, запускают ⚑, проверяют.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75–80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Свой уровень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Предложить 1–2 усложнения (см. ниже).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Улучшают игру, делятся идеями.</w:t>
            </w:r>
          </w:p>
        </w:tc>
      </w:tr>
      <w:tr>
        <w:tc>
          <w:tcPr>
            <w:tcW w:type="dxa" w:w="102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80–90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 и рефлексия</w:t>
            </w:r>
          </w:p>
        </w:tc>
        <w:tc>
          <w:tcPr>
            <w:tcW w:type="dxa" w:w="408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Двое-трое показывают игру на проекторе. Вопросы рефлексии. Сохранение файла.</w:t>
            </w:r>
          </w:p>
        </w:tc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Показывают, 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Герой и лазер  (≈ 20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Герой</w:t>
      </w:r>
      <w:r>
        <w:rPr>
          <w:b w:val="0"/>
          <w:i w:val="0"/>
        </w:rPr>
        <w:t>: «когда нажат ⚑» → «сменить сцену на Арена» → «убрать надпись» → «перейти в x: 0 y: -140» → «задать жизни 3» → «всегда» { стрелки влево/вправо через «клавиша … нажата?» → «изменить x на ∓3.5»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Лазер</w:t>
      </w:r>
      <w:r>
        <w:rPr>
          <w:b w:val="0"/>
          <w:i w:val="0"/>
        </w:rPr>
        <w:t>: «спрятаться»; «когда нажата клавиша пробел» → «создать клон я» → «ждать 0.3 сек»; клон → «перейти к Герой», «установить высоту 15», «смотреть в направлении 0», «показаться» → «повторять пока не (y &gt; 200)» { «идти вперёд на 9», «если касаюсь Босс? то» { «изменить здоровье на -1», «передать попал», «удалить этот клон» } } → «удалить этот клон».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Свой герой: выберите Героя → «Нарисовать свою форму».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Это всё уже было: клоны-выстрелы из «Защиты базы».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Босс летает и стреляет  (≈ 15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Босс</w:t>
      </w:r>
      <w:r>
        <w:rPr>
          <w:b w:val="0"/>
          <w:i w:val="0"/>
        </w:rPr>
        <w:t>: «когда нажат ⚑» → «задать здоровье 10» → «показаться» → «всегда» { «плыть 1.5 сек к x: (случайное -140…140) y: 120», «создать клон Огонь»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Огонь</w:t>
      </w:r>
      <w:r>
        <w:rPr>
          <w:b w:val="0"/>
          <w:i w:val="0"/>
        </w:rPr>
        <w:t>: «спрятаться»; клон → «перейти к Босс» → «установить высоту 10» → «повернуться к Герой» → «показаться» → «повторить 70» { «идти вперёд на 4», «если касаюсь Герой? то» { «изменить жизни на -1», «звук ой», «удалить этот клон» } }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«Повернуться к Герой» — прицел: шар летит туда, где герой был в момент выстрела. Можно увернуться!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Босс злится  (≈ 5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Босс</w:t>
      </w:r>
      <w:r>
        <w:rPr>
          <w:b w:val="0"/>
          <w:i w:val="0"/>
        </w:rPr>
        <w:t>: «когда получу попал» → [Внешность] «сменить костюм на злой» → «звук взрыв» → «ждать 0.3 сек» → «если (здоровье &lt; 4) то» { «сменить костюм на ярость», «установить свечение 60 %» } иначе { «сменить костюм на обычный»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 начало флажка босса: «сменить костюм на обычный» и «установить свечение 0 %» — чтобы новая игра начиналась со спокойного босса.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Костюмы — как в Scratch: разные «лица» одного объекта. Смена костюма — это анимация: босс хмурится при каждом попадании, а когда здоровья мало — пылает от ярости.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Сцена победы  (≈ 10 мин)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Босс</w:t>
      </w:r>
      <w:r>
        <w:rPr>
          <w:b w:val="0"/>
          <w:i w:val="0"/>
        </w:rPr>
        <w:t>: ещё «когда нажат ⚑» → «ждать до (здоровье &lt; 1)» → «сменить сцену на Победа». И шляпка «когда сцена сменится на Победа» → «спрятаться» → «надпись ПОБЕДА! Босс повержен» → «звук победа» → «стоп всё».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Герой</w:t>
      </w:r>
      <w:r>
        <w:rPr>
          <w:b w:val="0"/>
          <w:i w:val="0"/>
        </w:rPr>
        <w:t>: «когда нажат ⚑» → «ждать до (жизни &lt; 1)» → «надпись Босс победил… Жми ⚑» → «стоп всё».</w:t>
      </w:r>
    </w:p>
    <w:p>
      <w:pPr>
        <w:pStyle w:val="Heading3"/>
      </w:pPr>
      <w:r>
        <w:t>Частые ошибки и как помочь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В чём причина и что сделать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Огонь летит мимо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«повернуться к Герой» стоит до «перейти к Босс» — порядок важен.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Босс не злится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Имя сообщения в «передать» и «когда получу» отличается.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Босс остаётся злым в новой игре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начале флажка нет «сменить костюм на обычный» и «свечение 0 %».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Лазер попадает много раз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«удалить этот клон» внутри «если касаюсь Босс».</w:t>
            </w:r>
          </w:p>
        </w:tc>
      </w:tr>
    </w:tbl>
    <w:p>
      <w:pPr>
        <w:spacing w:after="40"/>
      </w:pPr>
    </w:p>
    <w:p>
      <w:pPr>
        <w:pStyle w:val="Heading3"/>
      </w:pPr>
      <w:r>
        <w:t>Для тех, кто закончил быстрее</w:t>
      </w:r>
    </w:p>
    <w:p>
      <w:pPr>
        <w:pStyle w:val="ListBullet"/>
        <w:spacing w:after="40"/>
      </w:pPr>
      <w:r>
        <w:rPr>
          <w:b w:val="0"/>
          <w:i w:val="0"/>
        </w:rPr>
        <w:t>Вторая фаза: когда здоровье &lt; 5, босс стреляет чаще.</w:t>
      </w:r>
    </w:p>
    <w:p>
      <w:pPr>
        <w:pStyle w:val="ListBullet"/>
        <w:spacing w:after="40"/>
      </w:pPr>
      <w:r>
        <w:rPr>
          <w:b w:val="0"/>
          <w:i w:val="0"/>
        </w:rPr>
        <w:t>Полоска здоровья: «размер (здоровье × 10) %» у отдельного объекта-полоски.</w:t>
      </w:r>
    </w:p>
    <w:p>
      <w:pPr>
        <w:pStyle w:val="ListBullet"/>
        <w:spacing w:after="40"/>
      </w:pPr>
      <w:r>
        <w:rPr>
          <w:b w:val="0"/>
          <w:i w:val="0"/>
        </w:rPr>
        <w:t>Аптечка-сердце +1 жизнь.</w:t>
      </w:r>
    </w:p>
    <w:p>
      <w:pPr>
        <w:pStyle w:val="ListBullet"/>
        <w:spacing w:after="40"/>
      </w:pPr>
      <w:r>
        <w:rPr>
          <w:b w:val="0"/>
          <w:i w:val="0"/>
        </w:rPr>
        <w:t>Свой стиль: нарисуйте пол сцены (✏️ Настроить), запишите свой звук (🎵 Мои звуки) или замените героя на своего персонажа.</w:t>
      </w:r>
    </w:p>
    <w:p>
      <w:pPr>
        <w:pStyle w:val="Heading3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Какие приёмы из прошлых занятий мы использовали сегодня?</w:t>
      </w:r>
    </w:p>
    <w:p>
      <w:pPr>
        <w:pStyle w:val="ListBullet"/>
        <w:spacing w:after="40"/>
      </w:pPr>
      <w:r>
        <w:rPr>
          <w:b w:val="0"/>
          <w:i w:val="0"/>
        </w:rPr>
        <w:t>Что сделало игру интересной: сложность, звук, мигание?</w:t>
      </w:r>
    </w:p>
    <w:p>
      <w:pPr>
        <w:pStyle w:val="ListBullet"/>
        <w:spacing w:after="40"/>
      </w:pPr>
      <w:r>
        <w:rPr>
          <w:b w:val="0"/>
          <w:i w:val="0"/>
        </w:rPr>
        <w:t>Какую свою игру вы хотите сделать дальше?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🏠 Домашнее задание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Демо-день: доделать игру дома, сохранить «Файл → Сохранить на компьютер» и принести файл .tblocks.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Игра «Битва с боссом»: программа главного персонажа и сцена после запуска</w:t>
      </w:r>
    </w:p>
    <w:p>
      <w:r>
        <w:br w:type="page"/>
      </w:r>
    </w:p>
    <w:p>
      <w:pPr>
        <w:pStyle w:val="Heading1"/>
      </w:pPr>
      <w:r>
        <w:t>Приложение А. Как мы рисуем сцену</w:t>
      </w:r>
    </w:p>
    <w:p>
      <w:r>
        <w:rPr>
          <w:b w:val="0"/>
          <w:i w:val="0"/>
        </w:rPr>
        <w:t>Сцена — это 3D-поле 400 × 400 шагов (от −200 до 200). У проекта может быть несколько сцен, как фонов в Scratch: у каждой свой пол с рисунком, цвет неба и время суток. Объекты при смене сцены остаются — они могут реагировать на неё шляпкой «когда сцена сменится на …».</w:t>
      </w:r>
    </w:p>
    <w:p>
      <w:pPr>
        <w:pStyle w:val="Heading2"/>
      </w:pPr>
      <w:r>
        <w:t>1. Части экрана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49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Где</w:t>
            </w:r>
          </w:p>
        </w:tc>
        <w:tc>
          <w:tcPr>
            <w:tcW w:type="dxa" w:w="714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там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Слева, узкая полоса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Разделы блоков (цветные кружки).</w:t>
            </w:r>
          </w:p>
        </w:tc>
      </w:tr>
      <w:tr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Слева, широкая колонка</w:t>
            </w:r>
          </w:p>
        </w:tc>
        <w:tc>
          <w:tcPr>
            <w:tcW w:type="dxa" w:w="714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Палитра блоков. В «Звуке» — кнопка «🎵 Мои звуки», в «Сцене» — «🎨 Нарисовать сцену». Выбросить блок обратно в палитру — удалить.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Центр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Рабочая область: скрипты ВЫБРАННОГО объекта. Над ней — карточка урока.</w:t>
            </w:r>
          </w:p>
        </w:tc>
      </w:tr>
      <w:tr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Сверху</w:t>
            </w:r>
          </w:p>
        </w:tc>
        <w:tc>
          <w:tcPr>
            <w:tcW w:type="dxa" w:w="714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⚑ Старт, ■ Стоп, ползунок «Скорость», кнопка ⚙️ «Настройки», «Уроки», «Файл», тёмная тема.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Справа сверху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Лупа (масштаб), 3D-сцена с табличками переменных, кнопки вида (свободная, сверху, сбоку, на весь экран), ⚑ Старт и ■ Стоп.</w:t>
            </w:r>
          </w:p>
        </w:tc>
      </w:tr>
      <w:tr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Справа, свойства</w:t>
            </w:r>
          </w:p>
        </w:tc>
        <w:tc>
          <w:tcPr>
            <w:tcW w:type="dxa" w:w="714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Имя, форма, x, y, высота, направление, размер, цвет, «виден на старте», «Нарисовать свою форму».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Справа, «Сцены»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Миниатюры сцен: клик — включить сцену; «✏️ Настроить» — редактор; «＋ Сцена» — новая.</w:t>
            </w:r>
          </w:p>
        </w:tc>
      </w:tr>
      <w:tr>
        <w:tc>
          <w:tcPr>
            <w:tcW w:type="dxa" w:w="249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Справа внизу</w:t>
            </w:r>
          </w:p>
        </w:tc>
        <w:tc>
          <w:tcPr>
            <w:tcW w:type="dxa" w:w="714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Список объектов. «＋ Объект» — добавить (в том числе нарисовать свой).</w:t>
            </w:r>
          </w:p>
        </w:tc>
      </w:tr>
    </w:tbl>
    <w:p>
      <w:pPr>
        <w:spacing w:after="40"/>
      </w:pPr>
    </w:p>
    <w:p>
      <w:pPr>
        <w:pStyle w:val="Heading2"/>
      </w:pPr>
      <w:r>
        <w:t>2. Координаты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36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Ось</w:t>
            </w:r>
          </w:p>
        </w:tc>
        <w:tc>
          <w:tcPr>
            <w:tcW w:type="dxa" w:w="317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Куда</w:t>
            </w:r>
          </w:p>
        </w:tc>
        <w:tc>
          <w:tcPr>
            <w:tcW w:type="dxa" w:w="170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Границы</w:t>
            </w:r>
          </w:p>
        </w:tc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Блоки</w:t>
            </w:r>
          </w:p>
        </w:tc>
      </w:tr>
      <w:tr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x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влево (−) / вправо (+)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−200 … 200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изменить x на, перейти в x y</w:t>
            </w:r>
          </w:p>
        </w:tc>
      </w:tr>
      <w:tr>
        <w:tc>
          <w:tcPr>
            <w:tcW w:type="dxa" w:w="136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y</w:t>
            </w:r>
          </w:p>
        </w:tc>
        <w:tc>
          <w:tcPr>
            <w:tcW w:type="dxa" w:w="317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 нам (−) / вдаль (+)</w:t>
            </w:r>
          </w:p>
        </w:tc>
        <w:tc>
          <w:tcPr>
            <w:tcW w:type="dxa" w:w="170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−200 … 200</w:t>
            </w:r>
          </w:p>
        </w:tc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изменить y на, перейти в x y</w:t>
            </w:r>
          </w:p>
        </w:tc>
      </w:tr>
      <w:tr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высота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над полом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0 и выше (робот ≈ 34)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установить высоту, изменить высоту, прыгнуть</w:t>
            </w:r>
          </w:p>
        </w:tc>
      </w:tr>
      <w:tr>
        <w:tc>
          <w:tcPr>
            <w:tcW w:type="dxa" w:w="136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направление</w:t>
            </w:r>
          </w:p>
        </w:tc>
        <w:tc>
          <w:tcPr>
            <w:tcW w:type="dxa" w:w="317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0 — вдаль, 90 — вправо, 180 — к нам, −90 — влево</w:t>
            </w:r>
          </w:p>
        </w:tc>
        <w:tc>
          <w:tcPr>
            <w:tcW w:type="dxa" w:w="170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−180 … 180</w:t>
            </w:r>
          </w:p>
        </w:tc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смотреть в направлении, повернуть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40"/>
            </w:pPr>
            <w:r>
              <w:rPr>
                <w:b/>
                <w:color w:val="1B2440"/>
              </w:rPr>
              <w:t>💡 Как объяснить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«Представьте шахматную доску на столе. x — по рядам слева направо, y — от вас вдаль, а высота — сколько кубиков под фигурой». Одна клетка пола — 20 шагов. На полу нарисованы красная (ось x) и синяя (ось y) линии через центр.</w:t>
            </w:r>
          </w:p>
        </w:tc>
      </w:tr>
    </w:tbl>
    <w:p>
      <w:pPr>
        <w:spacing w:after="40"/>
      </w:pPr>
    </w:p>
    <w:p>
      <w:pPr>
        <w:pStyle w:val="Heading2"/>
      </w:pPr>
      <w:r>
        <w:t>3. Сцены: пол, небо, время суток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Справа в разделе </w:t>
      </w:r>
      <w:r>
        <w:rPr>
          <w:b/>
          <w:i w:val="0"/>
        </w:rPr>
        <w:t>«Сцены»</w:t>
      </w:r>
      <w:r>
        <w:rPr>
          <w:b w:val="0"/>
          <w:i w:val="0"/>
        </w:rPr>
        <w:t xml:space="preserve"> нажмите </w:t>
      </w:r>
      <w:r>
        <w:rPr>
          <w:b/>
          <w:i w:val="0"/>
        </w:rPr>
        <w:t>«✏️ Настроить»</w:t>
      </w:r>
      <w:r>
        <w:rPr>
          <w:b w:val="0"/>
          <w:i w:val="0"/>
        </w:rPr>
        <w:t xml:space="preserve"> (или «＋ Сцена» для новой).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Слева — пол сверху. Рисуйте инструментами: 🖌 кисть, 📏 линия, ▭ прямоугольник, ◯ круг, 🪣 заливка, 🧽 ластик; толщина и цвет — ниже. Верх картинки — дальний край поля.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/>
          <w:i w:val="0"/>
        </w:rPr>
        <w:t>«Нарисовать шаблон»</w:t>
      </w:r>
      <w:r>
        <w:rPr>
          <w:b w:val="0"/>
          <w:i w:val="0"/>
        </w:rPr>
        <w:t xml:space="preserve"> — готовые рисунки: кольцевая трасса, прямая дорога, футбольное поле, каменная плитка, лава, река с мостом, шахматка, космос. Шаблон можно дорисовать.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 xml:space="preserve">Справа: </w:t>
      </w:r>
      <w:r>
        <w:rPr>
          <w:b/>
          <w:i w:val="0"/>
        </w:rPr>
        <w:t>цвет пола</w:t>
      </w:r>
      <w:r>
        <w:rPr>
          <w:b w:val="0"/>
          <w:i w:val="0"/>
        </w:rPr>
        <w:t xml:space="preserve">, </w:t>
      </w:r>
      <w:r>
        <w:rPr>
          <w:b/>
          <w:i w:val="0"/>
        </w:rPr>
        <w:t>цвет неба</w:t>
      </w:r>
      <w:r>
        <w:rPr>
          <w:b w:val="0"/>
          <w:i w:val="0"/>
        </w:rPr>
        <w:t xml:space="preserve">, </w:t>
      </w:r>
      <w:r>
        <w:rPr>
          <w:b/>
          <w:i w:val="0"/>
        </w:rPr>
        <w:t>время суток</w:t>
      </w:r>
      <w:r>
        <w:rPr>
          <w:b w:val="0"/>
          <w:i w:val="0"/>
        </w:rPr>
        <w:t xml:space="preserve"> (утро, день, вечер, ночь — меняют свет, ночью видны звёзды и луна), «клетки» — сетка на полу.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5. </w:t>
      </w:r>
      <w:r>
        <w:rPr>
          <w:b/>
          <w:i w:val="0"/>
        </w:rPr>
        <w:t>«Готово»</w:t>
      </w:r>
      <w:r>
        <w:rPr>
          <w:b w:val="0"/>
          <w:i w:val="0"/>
        </w:rPr>
        <w:t xml:space="preserve"> — рисунок переходит на пол 3D-сцены. «⧉ Копия» — дублировать сцену (удобно: та же трасса днём и ночью).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edito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3. Редактор сцены: шаблон «река с мостом», дорисованные кистью линия и солнце, время суток «вечер»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сменить сцену на … / следующая сцена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Переход на другую сцену (уровень, день → ночь, меню → игра).</w:t>
            </w:r>
          </w:p>
        </w:tc>
      </w:tr>
      <w:tr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сцена сменится на …</w:t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Объекты реагируют на смену сцены: прячутся, говорят, переходят на места.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время суток … / цвет неба … / цвет пола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Меняют вид текущей сцены прямо в игре.</w:t>
            </w:r>
          </w:p>
        </w:tc>
      </w:tr>
      <w:tr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номер сцены / имя сцены</w:t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Узнать, какая сцена сейчас включена.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track-nigh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4. «Гонки»: та же нарисованная трасса в сцене «Ночная трасса»</w:t>
      </w:r>
    </w:p>
    <w:p>
      <w:pPr>
        <w:pStyle w:val="Heading2"/>
      </w:pPr>
      <w:r>
        <w:t>4. Объекты и персонажи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«＋ Объект» под сценой → выберите форму. Кроме роботов, машин, ракет и декораций есть персонажи в узнаваемых игровых стилях: </w:t>
      </w:r>
      <w:r>
        <w:rPr>
          <w:b/>
          <w:i w:val="0"/>
        </w:rPr>
        <w:t>блоксик</w:t>
      </w:r>
      <w:r>
        <w:rPr>
          <w:b w:val="0"/>
          <w:i w:val="0"/>
        </w:rPr>
        <w:t xml:space="preserve"> (блочный человечек), </w:t>
      </w:r>
      <w:r>
        <w:rPr>
          <w:b/>
          <w:i w:val="0"/>
        </w:rPr>
        <w:t>шахтёр</w:t>
      </w:r>
      <w:r>
        <w:rPr>
          <w:b w:val="0"/>
          <w:i w:val="0"/>
        </w:rPr>
        <w:t xml:space="preserve"> и </w:t>
      </w:r>
      <w:r>
        <w:rPr>
          <w:b/>
          <w:i w:val="0"/>
        </w:rPr>
        <w:t>кубозомби</w:t>
      </w:r>
      <w:r>
        <w:rPr>
          <w:b w:val="0"/>
          <w:i w:val="0"/>
        </w:rPr>
        <w:t xml:space="preserve"> (пиксельные), </w:t>
      </w:r>
      <w:r>
        <w:rPr>
          <w:b/>
          <w:i w:val="0"/>
        </w:rPr>
        <w:t>слайм</w:t>
      </w:r>
      <w:r>
        <w:rPr>
          <w:b w:val="0"/>
          <w:i w:val="0"/>
        </w:rPr>
        <w:t xml:space="preserve">, </w:t>
      </w:r>
      <w:r>
        <w:rPr>
          <w:b/>
          <w:i w:val="0"/>
        </w:rPr>
        <w:t>ёжик</w:t>
      </w:r>
      <w:r>
        <w:rPr>
          <w:b w:val="0"/>
          <w:i w:val="0"/>
        </w:rPr>
        <w:t xml:space="preserve">, </w:t>
      </w:r>
      <w:r>
        <w:rPr>
          <w:b/>
          <w:i w:val="0"/>
        </w:rPr>
        <w:t>космонавт</w:t>
      </w:r>
      <w:r>
        <w:rPr>
          <w:b w:val="0"/>
          <w:i w:val="0"/>
        </w:rPr>
        <w:t xml:space="preserve">, </w:t>
      </w:r>
      <w:r>
        <w:rPr>
          <w:b/>
          <w:i w:val="0"/>
        </w:rPr>
        <w:t>жевун</w:t>
      </w:r>
      <w:r>
        <w:rPr>
          <w:b w:val="0"/>
          <w:i w:val="0"/>
        </w:rPr>
        <w:t xml:space="preserve">, </w:t>
      </w:r>
      <w:r>
        <w:rPr>
          <w:b/>
          <w:i w:val="0"/>
        </w:rPr>
        <w:t>призрак</w:t>
      </w:r>
      <w:r>
        <w:rPr>
          <w:b w:val="0"/>
          <w:i w:val="0"/>
        </w:rPr>
        <w:t xml:space="preserve">, </w:t>
      </w:r>
      <w:r>
        <w:rPr>
          <w:b/>
          <w:i w:val="0"/>
        </w:rPr>
        <w:t>динозавр</w:t>
      </w:r>
      <w:r>
        <w:rPr>
          <w:b w:val="0"/>
          <w:i w:val="0"/>
        </w:rPr>
        <w:t>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Тащите объект мышкой прямо на сцене — он встаёт по сетке (шаг 5). Точное положение — в свойствах.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Имя важно для блоков: «касаюсь Стена?» засчитывает и «Стена 2», «Стена 3».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«Виден на старте» — снимите галочку для объектов-«фабрик» клонов (камни, звёзды, лазеры).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© Об авторских правах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Персонажи — это не копии героев известных игр, а собственные модели в узнаваемых стилях (блочный, пиксельный, мультяшный) со своими именами, цветами и деталями. Логотипы, названия и оригинальные образы чужих игр в программе не используются. На занятиях лучше так и говорить: «персонаж в стиле…», и предлагать детям придумать своего героя в редакторе кубиков.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acter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5. Персонажи: блоксик, шахтёр, кубозомби, слайм, ёжик, космонавт, жевун, призрак, динозавр, камень</w:t>
      </w:r>
    </w:p>
    <w:p>
      <w:pPr>
        <w:pStyle w:val="Heading2"/>
      </w:pPr>
      <w:r>
        <w:t>5. Свои объекты: кубики и модели из Тинкерленда 3D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Действие</w:t>
            </w:r>
          </w:p>
        </w:tc>
        <w:tc>
          <w:tcPr>
            <w:tcW w:type="dxa" w:w="737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Как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Открыть редактор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«＋ Объект» → «🧩 Нарисовать свой» или «Нарисовать свою форму» в свойствах объекта.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Поставить / стереть / покрасить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Инструменты ✏️ / 🧽 / 🎨, клик по полу или по грани кубика. Правая кнопка — стереть.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Шаблон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«Начать с шаблона»: динозавр, кактус, ключ, сердце.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Из Тинкерленда 3D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«📥 Загрузить .tinkeria» — модель из 3D-редактора сама превращается в кубики и подгоняется по размеру. «Детализация» — 8, 12, 16 или 20 кубиков. Вырезы-отверстия учитываются, цвета сохраняются.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Сделать модель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«🛠 Открыть Тинкерленд 3D» открывает 3D-редактор: собрать модель → «Файл → Сохранить проект» → загрузить сюда.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Перёд объекта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Синяя стрелка на полу: туда объект пойдёт по блоку «идти вперёд».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Сохранить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«Сохранить и поставить на сцену» — объект появится в списке форм (🧩).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nkeria-impor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6. Модель домика из Тинкерленда 3D, превращённая в кубики (детализация 20)</w:t>
      </w:r>
    </w:p>
    <w:p>
      <w:pPr>
        <w:pStyle w:val="Heading2"/>
      </w:pPr>
      <w:r>
        <w:t>6. Звуки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 xml:space="preserve">В палитре «Звук» нажмите </w:t>
      </w:r>
      <w:r>
        <w:rPr>
          <w:b/>
          <w:i w:val="0"/>
        </w:rPr>
        <w:t>«🎵 Мои звуки»</w:t>
      </w:r>
      <w:r>
        <w:rPr>
          <w:b w:val="0"/>
          <w:i w:val="0"/>
        </w:rPr>
        <w:t>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«🎙 Записать с микрофона»</w:t>
      </w:r>
      <w:r>
        <w:rPr>
          <w:b w:val="0"/>
          <w:i w:val="0"/>
        </w:rPr>
        <w:t xml:space="preserve"> (до 10 секунд; браузер спросит разрешение) или </w:t>
      </w:r>
      <w:r>
        <w:rPr>
          <w:b/>
          <w:i w:val="0"/>
        </w:rPr>
        <w:t>«📁 Загрузить файл»</w:t>
      </w:r>
      <w:r>
        <w:rPr>
          <w:b w:val="0"/>
          <w:i w:val="0"/>
        </w:rPr>
        <w:t xml:space="preserve"> (mp3, wav, ogg).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 редакторе звука: белые ручки выделяют кусок → «✂ Обрезать»; эффекты «Громче», «Тише», «Быстрее», «Медленнее», «Наоборот», «Эхо», «Робот»; «↶ Отменить».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4. </w:t>
      </w:r>
      <w:r>
        <w:rPr>
          <w:b w:val="0"/>
          <w:i w:val="0"/>
        </w:rPr>
        <w:t>«Сохранить звук» — он появится в блоках «играть звук» со значком 🎤 и сохранится в проекте и в файле .tblocks.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nd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Рис. 7. Менеджер звуков: свой звук после обрезки и эффектов</w:t>
      </w:r>
    </w:p>
    <w:p>
      <w:pPr>
        <w:pStyle w:val="Heading2"/>
      </w:pPr>
      <w:r>
        <w:t>7. Сохранение</w:t>
      </w:r>
    </w:p>
    <w:p>
      <w:pPr>
        <w:pStyle w:val="ListBullet"/>
        <w:spacing w:after="40"/>
      </w:pPr>
      <w:r>
        <w:rPr>
          <w:b w:val="0"/>
          <w:i w:val="0"/>
        </w:rPr>
        <w:t>Проект сохраняется в браузере сам — у песочницы и у каждого урока своё сохранение.</w:t>
      </w:r>
    </w:p>
    <w:p>
      <w:pPr>
        <w:pStyle w:val="ListBullet"/>
        <w:spacing w:after="40"/>
      </w:pPr>
      <w:r>
        <w:rPr>
          <w:b w:val="0"/>
          <w:i w:val="0"/>
        </w:rPr>
        <w:t>«Файл → Сохранить на компьютер» — файл .tblocks (вместе со сценами, рисунками, своими объектами и звуками). «Файл → Открыть файл» — загрузить.</w:t>
      </w:r>
    </w:p>
    <w:p>
      <w:pPr>
        <w:pStyle w:val="ListBullet"/>
        <w:spacing w:after="40"/>
      </w:pPr>
      <w:r>
        <w:rPr>
          <w:b w:val="0"/>
          <w:i w:val="0"/>
        </w:rPr>
        <w:t>«↶ Отменить» (Ctrl+Z) возвращает последнее действие. «Упорядочить» выстраивает скрипты столбиком.</w:t>
      </w:r>
    </w:p>
    <w:p>
      <w:r>
        <w:br w:type="page"/>
      </w:r>
    </w:p>
    <w:p>
      <w:pPr>
        <w:pStyle w:val="Heading1"/>
      </w:pPr>
      <w:r>
        <w:t>Приложение Б. Справочник блоков</w:t>
      </w:r>
    </w:p>
    <w:p>
      <w:r>
        <w:rPr>
          <w:b w:val="0"/>
          <w:i w:val="0"/>
        </w:rPr>
        <w:t>Форма блока подсказывает, куда его ставить: прямоугольные — команды, со шляпкой — события, с «пастью» — циклы и условия, круглые — числа и текст, шестиугольные — вопросы «да/нет».</w:t>
      </w:r>
    </w:p>
    <w:p>
      <w:pPr>
        <w:pStyle w:val="Heading3"/>
      </w:pPr>
      <w:r>
        <w:t>События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 ⚑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Запускает скрипт при нажатии зелёного флажка.</w:t>
            </w:r>
          </w:p>
        </w:tc>
      </w:tr>
      <w:tr>
        <w:tc>
          <w:tcPr>
            <w:tcW w:type="dxa" w:w="3402"/>
            <w:shd w:val="clear" w:color="auto" w:fill="FFE7A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нажата клавиша …</w:t>
            </w:r>
          </w:p>
        </w:tc>
        <w:tc>
          <w:tcPr>
            <w:tcW w:type="dxa" w:w="6236"/>
            <w:shd w:val="clear" w:color="auto" w:fill="FFE7A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Пока клавиша зажата, скрипт повторяется каждый кадр. Можно держать несколько клавиш одновременно.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кликнули по мне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Клик мышью по объекту на сцене.</w:t>
            </w:r>
          </w:p>
        </w:tc>
      </w:tr>
      <w:tr>
        <w:tc>
          <w:tcPr>
            <w:tcW w:type="dxa" w:w="3402"/>
            <w:shd w:val="clear" w:color="auto" w:fill="FFE7A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получу … / передать …</w:t>
            </w:r>
          </w:p>
        </w:tc>
        <w:tc>
          <w:tcPr>
            <w:tcW w:type="dxa" w:w="6236"/>
            <w:shd w:val="clear" w:color="auto" w:fill="FFE7A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Сообщения между объектами.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сцена сменится на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Запускается, когда включилась нужная сцена (как «когда фон сменится» в Scratch).</w:t>
            </w:r>
          </w:p>
        </w:tc>
      </w:tr>
    </w:tbl>
    <w:p>
      <w:pPr>
        <w:spacing w:after="40"/>
      </w:pPr>
    </w:p>
    <w:p>
      <w:pPr>
        <w:pStyle w:val="Heading3"/>
      </w:pPr>
      <w:r>
        <w:t>Движение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идти вперёд на … шагов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Шаг туда, куда смотрит объект; минус — назад. Поле — от −200 до 200 шагов.</w:t>
            </w:r>
          </w:p>
        </w:tc>
      </w:tr>
      <w:tr>
        <w:tc>
          <w:tcPr>
            <w:tcW w:type="dxa" w:w="3402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повернуть ↻ / ↺ на … °</w:t>
            </w:r>
          </w:p>
        </w:tc>
        <w:tc>
          <w:tcPr>
            <w:tcW w:type="dxa" w:w="6236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Поворот вправо/влево.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смотреть в направлении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0 — вдаль, 90 — вправо, 180 — к нам, −90 — влево.</w:t>
            </w:r>
          </w:p>
        </w:tc>
      </w:tr>
      <w:tr>
        <w:tc>
          <w:tcPr>
            <w:tcW w:type="dxa" w:w="3402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повернуться к …</w:t>
            </w:r>
          </w:p>
        </w:tc>
        <w:tc>
          <w:tcPr>
            <w:tcW w:type="dxa" w:w="6236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 объекту или к указателю мыши.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перейти в x: … y: … / перейти к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точку, к объекту или к указателю мыши.</w:t>
            </w:r>
          </w:p>
        </w:tc>
      </w:tr>
      <w:tr>
        <w:tc>
          <w:tcPr>
            <w:tcW w:type="dxa" w:w="3402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плыть … сек к x y</w:t>
            </w:r>
          </w:p>
        </w:tc>
        <w:tc>
          <w:tcPr>
            <w:tcW w:type="dxa" w:w="6236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Плавное перемещение за заданное время.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изменить x / y на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Сдвиг по оси x (лево-право) или y (вперёд-назад).</w:t>
            </w:r>
          </w:p>
        </w:tc>
      </w:tr>
      <w:tr>
        <w:tc>
          <w:tcPr>
            <w:tcW w:type="dxa" w:w="3402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установить высоту / изменить высоту на</w:t>
            </w:r>
          </w:p>
        </w:tc>
        <w:tc>
          <w:tcPr>
            <w:tcW w:type="dxa" w:w="6236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Подъём над полом (третья ось 3D).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прыгнуть на высоту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Прыжок вверх и обратно (40 — примерно рост робота).</w:t>
            </w:r>
          </w:p>
        </w:tc>
      </w:tr>
      <w:tr>
        <w:tc>
          <w:tcPr>
            <w:tcW w:type="dxa" w:w="3402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крутиться … ° за … сек · если край, оттолкнуться</w:t>
            </w:r>
          </w:p>
        </w:tc>
        <w:tc>
          <w:tcPr>
            <w:tcW w:type="dxa" w:w="6236"/>
            <w:shd w:val="clear" w:color="auto" w:fill="D6E6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Плавный поворот; отскок от края поля.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x · y · высота · направление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Круглые блоки-значения.</w:t>
            </w:r>
          </w:p>
        </w:tc>
      </w:tr>
    </w:tbl>
    <w:p>
      <w:pPr>
        <w:spacing w:after="40"/>
      </w:pPr>
    </w:p>
    <w:p>
      <w:pPr>
        <w:pStyle w:val="Heading3"/>
      </w:pPr>
      <w:r>
        <w:t>Внешность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сказать … / сказать … … сек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Облачко с текстом над объектом.</w:t>
            </w:r>
          </w:p>
        </w:tc>
      </w:tr>
      <w:tr>
        <w:tc>
          <w:tcPr>
            <w:tcW w:type="dxa" w:w="3402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надпись на экране … / убрать надпись</w:t>
            </w:r>
          </w:p>
        </w:tc>
        <w:tc>
          <w:tcPr>
            <w:tcW w:type="dxa" w:w="6236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Большой текст в центре сцены: «ПОБЕДА», «GAME OVER».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цвет … / случайный цвет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Перекрасить объект.</w:t>
            </w:r>
          </w:p>
        </w:tc>
      </w:tr>
      <w:tr>
        <w:tc>
          <w:tcPr>
            <w:tcW w:type="dxa" w:w="3402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размер … % / изменить размер на</w:t>
            </w:r>
          </w:p>
        </w:tc>
        <w:tc>
          <w:tcPr>
            <w:tcW w:type="dxa" w:w="6236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Масштаб объекта.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превратиться в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Сменить форму (в т. ч. на свой объект).</w:t>
            </w:r>
          </w:p>
        </w:tc>
      </w:tr>
      <w:tr>
        <w:tc>
          <w:tcPr>
            <w:tcW w:type="dxa" w:w="3402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показаться / спрятаться</w:t>
            </w:r>
          </w:p>
        </w:tc>
        <w:tc>
          <w:tcPr>
            <w:tcW w:type="dxa" w:w="6236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Спрятанный объект ничего не касается.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колёса крутятся со скоростью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Крутит колёса у машины и робота на колёсах (минус — назад, 0 — стоп).</w:t>
            </w:r>
          </w:p>
        </w:tc>
      </w:tr>
      <w:tr>
        <w:tc>
          <w:tcPr>
            <w:tcW w:type="dxa" w:w="3402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сменить костюм на … / следующий костюм</w:t>
            </w:r>
          </w:p>
        </w:tc>
        <w:tc>
          <w:tcPr>
            <w:tcW w:type="dxa" w:w="6236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Костюм — «лицо» объекта, как в Scratch: злой, радостный, грустный, спит, в короне… Можно по имени, номеру, «следующий», «случайный».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номер костюма / имя костюма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Какой костюм сейчас надет.</w:t>
            </w:r>
          </w:p>
        </w:tc>
      </w:tr>
      <w:tr>
        <w:tc>
          <w:tcPr>
            <w:tcW w:type="dxa" w:w="3402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установить свечение … % / изменить свечение на</w:t>
            </w:r>
          </w:p>
        </w:tc>
        <w:tc>
          <w:tcPr>
            <w:tcW w:type="dxa" w:w="6236"/>
            <w:shd w:val="clear" w:color="auto" w:fill="E8DEF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Объект светится своим цветом и даёт мягкий ореол (0 — не светится, 100 — ярко).</w:t>
            </w:r>
          </w:p>
        </w:tc>
      </w:tr>
    </w:tbl>
    <w:p>
      <w:pPr>
        <w:spacing w:after="40"/>
      </w:pPr>
    </w:p>
    <w:p>
      <w:pPr>
        <w:pStyle w:val="Heading3"/>
      </w:pPr>
      <w:r>
        <w:t>Звук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играть звук … / … до конца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Встроенные (бип, прыжок, монетка, взлёт, взрыв, победа, ой) и свои звуки 🎤.</w:t>
            </w:r>
          </w:p>
        </w:tc>
      </w:tr>
      <w:tr>
        <w:tc>
          <w:tcPr>
            <w:tcW w:type="dxa" w:w="3402"/>
            <w:shd w:val="clear" w:color="auto" w:fill="F6DDF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остановить все звуки</w:t>
            </w:r>
          </w:p>
        </w:tc>
        <w:tc>
          <w:tcPr>
            <w:tcW w:type="dxa" w:w="6236"/>
            <w:shd w:val="clear" w:color="auto" w:fill="F6DDF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Тишина.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громкость … % / изменить громкость на / громкость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Общая громкость проекта.</w:t>
            </w:r>
          </w:p>
        </w:tc>
      </w:tr>
      <w:tr>
        <w:tc>
          <w:tcPr>
            <w:tcW w:type="dxa" w:w="3402"/>
            <w:shd w:val="clear" w:color="auto" w:fill="F6DDF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играть ноту … … сек</w:t>
            </w:r>
          </w:p>
        </w:tc>
        <w:tc>
          <w:tcPr>
            <w:tcW w:type="dxa" w:w="6236"/>
            <w:shd w:val="clear" w:color="auto" w:fill="F6DDF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Нота по номеру (60 — «до»).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🎵 Мои звуки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Кнопка в палитре: записать с микрофона, загрузить файл, обрезать, эффекты.</w:t>
            </w:r>
          </w:p>
        </w:tc>
      </w:tr>
    </w:tbl>
    <w:p>
      <w:pPr>
        <w:spacing w:after="40"/>
      </w:pPr>
    </w:p>
    <w:p>
      <w:pPr>
        <w:pStyle w:val="Heading3"/>
      </w:pPr>
      <w:r>
        <w:t>Управление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ждать … сек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Пауза (ещё и «перезарядка» для клавиш).</w:t>
            </w:r>
          </w:p>
        </w:tc>
      </w:tr>
      <w:tr>
        <w:tc>
          <w:tcPr>
            <w:tcW w:type="dxa" w:w="3402"/>
            <w:shd w:val="clear" w:color="auto" w:fill="FFE2B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повторить / повторять всегда / повторять пока не</w:t>
            </w:r>
          </w:p>
        </w:tc>
        <w:tc>
          <w:tcPr>
            <w:tcW w:type="dxa" w:w="6236"/>
            <w:shd w:val="clear" w:color="auto" w:fill="FFE2B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Циклы.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если … то / если … то … иначе / ждать до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Условия.</w:t>
            </w:r>
          </w:p>
        </w:tc>
      </w:tr>
      <w:tr>
        <w:tc>
          <w:tcPr>
            <w:tcW w:type="dxa" w:w="3402"/>
            <w:shd w:val="clear" w:color="auto" w:fill="FFE2B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стоп всё / стоп этот скрипт</w:t>
            </w:r>
          </w:p>
        </w:tc>
        <w:tc>
          <w:tcPr>
            <w:tcW w:type="dxa" w:w="6236"/>
            <w:shd w:val="clear" w:color="auto" w:fill="FFE2BF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Остановить игру или один скрипт.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создать клон … / когда я появляюсь как клон / удалить этот клон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Копии объектов.</w:t>
            </w:r>
          </w:p>
        </w:tc>
      </w:tr>
    </w:tbl>
    <w:p>
      <w:pPr>
        <w:spacing w:after="40"/>
      </w:pPr>
    </w:p>
    <w:p>
      <w:pPr>
        <w:pStyle w:val="Heading3"/>
      </w:pPr>
      <w:r>
        <w:t>Сенсоры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касаюсь …?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Объект (и его копии «Имя 2»), край, пол или указатель мыши.</w:t>
            </w:r>
          </w:p>
        </w:tc>
      </w:tr>
      <w:tr>
        <w:tc>
          <w:tcPr>
            <w:tcW w:type="dxa" w:w="3402"/>
            <w:shd w:val="clear" w:color="auto" w:fill="D8EFF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клавиша … нажата?</w:t>
            </w:r>
          </w:p>
        </w:tc>
        <w:tc>
          <w:tcPr>
            <w:tcW w:type="dxa" w:w="6236"/>
            <w:shd w:val="clear" w:color="auto" w:fill="D8EFF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Опрос клавиши в цикле — для плавного управления.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мышь x / мышь y / мышь нажата?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Где на поле указатель мыши (в шагах) и нажата ли кнопка — для игр с видом сверху или сбоку.</w:t>
            </w:r>
          </w:p>
        </w:tc>
      </w:tr>
      <w:tr>
        <w:tc>
          <w:tcPr>
            <w:tcW w:type="dxa" w:w="3402"/>
            <w:shd w:val="clear" w:color="auto" w:fill="D8EFF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расстояние до … · … у …</w:t>
            </w:r>
          </w:p>
        </w:tc>
        <w:tc>
          <w:tcPr>
            <w:tcW w:type="dxa" w:w="6236"/>
            <w:shd w:val="clear" w:color="auto" w:fill="D8EFF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Расстояние; x, y, высота, направление или размер другого объекта.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таймер / сбросить таймер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Секунды с начала игры.</w:t>
            </w:r>
          </w:p>
        </w:tc>
      </w:tr>
    </w:tbl>
    <w:p>
      <w:pPr>
        <w:spacing w:after="40"/>
      </w:pPr>
    </w:p>
    <w:p>
      <w:pPr>
        <w:pStyle w:val="Heading3"/>
      </w:pPr>
      <w:r>
        <w:t>Операторы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+ − × ÷ · остаток · округлить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Арифметика.</w:t>
            </w:r>
          </w:p>
        </w:tc>
      </w:tr>
      <w:tr>
        <w:tc>
          <w:tcPr>
            <w:tcW w:type="dxa" w:w="3402"/>
            <w:shd w:val="clear" w:color="auto" w:fill="DDF2DD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случайное от … до …</w:t>
            </w:r>
          </w:p>
        </w:tc>
        <w:tc>
          <w:tcPr>
            <w:tcW w:type="dxa" w:w="6236"/>
            <w:shd w:val="clear" w:color="auto" w:fill="DDF2DD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Целое, если границы целые; дробное — если дробные.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&gt; &lt; = · и / или / не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Сравнения и логика.</w:t>
            </w:r>
          </w:p>
        </w:tc>
      </w:tr>
      <w:tr>
        <w:tc>
          <w:tcPr>
            <w:tcW w:type="dxa" w:w="3402"/>
            <w:shd w:val="clear" w:color="auto" w:fill="DDF2DD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слить … …</w:t>
            </w:r>
          </w:p>
        </w:tc>
        <w:tc>
          <w:tcPr>
            <w:tcW w:type="dxa" w:w="6236"/>
            <w:shd w:val="clear" w:color="auto" w:fill="DDF2DD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Склеить текст и числа.</w:t>
            </w:r>
          </w:p>
        </w:tc>
      </w:tr>
    </w:tbl>
    <w:p>
      <w:pPr>
        <w:spacing w:after="40"/>
      </w:pPr>
    </w:p>
    <w:p>
      <w:pPr>
        <w:pStyle w:val="Heading3"/>
      </w:pPr>
      <w:r>
        <w:t>Переменные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＋ Создать переменную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Новая «коробка» для числа или текста. Видна в углу сцены.</w:t>
            </w:r>
          </w:p>
        </w:tc>
      </w:tr>
      <w:tr>
        <w:tc>
          <w:tcPr>
            <w:tcW w:type="dxa" w:w="3402"/>
            <w:shd w:val="clear" w:color="auto" w:fill="FFE0C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задать … значение … / изменить … на …</w:t>
            </w:r>
          </w:p>
        </w:tc>
        <w:tc>
          <w:tcPr>
            <w:tcW w:type="dxa" w:w="6236"/>
            <w:shd w:val="clear" w:color="auto" w:fill="FFE0C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Положить значение / прибавить.</w:t>
            </w:r>
          </w:p>
        </w:tc>
      </w:tr>
    </w:tbl>
    <w:p>
      <w:pPr>
        <w:spacing w:after="40"/>
      </w:pPr>
    </w:p>
    <w:p>
      <w:pPr>
        <w:pStyle w:val="Heading3"/>
      </w:pPr>
      <w:r>
        <w:t>Сцена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сменить сцену на … / … и ждать / следующая сцена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Переключить сцену по имени, номеру или «следующая / предыдущая / случайная». «… и ждать» ждёт, пока закончатся скрипты «когда сцена сменится» — как в Scratch.</w:t>
            </w:r>
          </w:p>
        </w:tc>
      </w:tr>
      <w:tr>
        <w:tc>
          <w:tcPr>
            <w:tcW w:type="dxa" w:w="3402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 едет со скоростью …</w:t>
            </w:r>
          </w:p>
        </w:tc>
        <w:tc>
          <w:tcPr>
            <w:tcW w:type="dxa" w:w="6236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 сцены прокручивается — иллюзия движения: объект стоит, а дорога едет.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время суток … · цвет неба … · цвет пола …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Поменять освещение и цвета прямо во время игры.</w:t>
            </w:r>
          </w:p>
        </w:tc>
      </w:tr>
      <w:tr>
        <w:tc>
          <w:tcPr>
            <w:tcW w:type="dxa" w:w="3402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номер сцены · имя сцены</w:t>
            </w:r>
          </w:p>
        </w:tc>
        <w:tc>
          <w:tcPr>
            <w:tcW w:type="dxa" w:w="6236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Круглые блоки-значения.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камера следит за … · камера сверху / сбоку / спереди / свободная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Вид на сцену.</w:t>
            </w:r>
          </w:p>
        </w:tc>
      </w:tr>
      <w:tr>
        <w:tc>
          <w:tcPr>
            <w:tcW w:type="dxa" w:w="3402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🎨 Нарисовать сцену</w:t>
            </w:r>
          </w:p>
        </w:tc>
        <w:tc>
          <w:tcPr>
            <w:tcW w:type="dxa" w:w="6236"/>
            <w:shd w:val="clear" w:color="auto" w:fill="D3F3E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Кнопка в палитре: редактор сцены.</w:t>
            </w:r>
          </w:p>
        </w:tc>
      </w:tr>
    </w:tbl>
    <w:p>
      <w:pPr>
        <w:spacing w:after="40"/>
      </w:pPr>
    </w:p>
    <w:p>
      <w:pPr>
        <w:pStyle w:val="Heading3"/>
      </w:pPr>
      <w:r>
        <w:t>Датчики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3402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6236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датчик расстояния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Сколько шагов до ближайшего предмета прямо впереди (±25°); 999 — ничего нет.</w:t>
            </w:r>
          </w:p>
        </w:tc>
      </w:tr>
      <w:tr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взять предмет захватом</w:t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Рука опускается, захват сжимается и поднимает предмет впереди (до ~25 шагов).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положить предмет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Опускает предмет на пол перед роботом.</w:t>
            </w:r>
          </w:p>
        </w:tc>
      </w:tr>
      <w:tr>
        <w:tc>
          <w:tcPr>
            <w:tcW w:type="dxa" w:w="3402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держу предмет?</w:t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Да/нет — что-то в захвате.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цвет предмета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Цвет того, что в захвате: «красный», «синий»…</w:t>
            </w:r>
          </w:p>
        </w:tc>
      </w:tr>
    </w:tbl>
    <w:p>
      <w:pPr>
        <w:spacing w:after="40"/>
      </w:pPr>
    </w:p>
    <w:p>
      <w:pPr>
        <w:pStyle w:val="Heading1"/>
      </w:pPr>
      <w:r>
        <w:t>Приложение В. Частые проблемы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Проблема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Решение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Клавиши не работают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Кликнуть по сцене. Курсор не должен стоять в поле ввода (числа в блоке).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Объект кружится или стреляет без остановки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Скрипт клавиши повторяется, пока она зажата. Для разовых действий добавьте «ждать 0.3 сек» в конец скрипта.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Скрипт есть, но ничего не происходит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Скрипт собран у другого объекта — смотрите подпись внизу рабочей области. Или нет шляпки сверху.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Блок «не прилипает»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Подносить верхним левым углом к низу блока до серой полоски. Круглые и шестиугольные — прямо на окошко.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Всё выполняется слишком быстро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Ползунок «Скорость» → 🐢 или «медленно».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Сцена слишком далеко / близко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Лупа над сценой: ползунок или − / ＋.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 тормозит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Копятся клоны: нет «удалить этот клон». ■ Стоп удаляет все клоны. На слабом компьютере: ⚙️ Настройки → «Качество графики» → «низкое» (в режиме «авто» приложение снижает качество само).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 записывается звук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Разрешить микрофон в браузере (значок слева от адреса). Можно загрузить готовый файл.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Модель из Тинкерленда «пустая»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Загружайте файл .tinkeria (Файл → Сохранить проект в Тинкерленда 3D), а не STL.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Урок «сломан»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Кнопка «Начать заново» в карточке урока вернёт исходную сцену.</w:t>
            </w:r>
          </w:p>
        </w:tc>
      </w:tr>
    </w:tbl>
    <w:p>
      <w:pPr>
        <w:spacing w:after="40"/>
      </w:pPr>
    </w:p>
    <w:p>
      <w:pPr>
        <w:pStyle w:val="Heading1"/>
      </w:pPr>
      <w:r>
        <w:t>Приложение Г. Чек-лист перед занятием</w:t>
      </w:r>
    </w:p>
    <w:p>
      <w:pPr>
        <w:pStyle w:val="ListBullet"/>
        <w:spacing w:after="40"/>
      </w:pPr>
      <w:r>
        <w:rPr>
          <w:b w:val="0"/>
          <w:i w:val="0"/>
        </w:rPr>
        <w:t>Открыть приложение на всех компьютерах (лучше Chrome), проверить звук и микрофон (если будете записывать звуки).</w:t>
      </w:r>
    </w:p>
    <w:p>
      <w:pPr>
        <w:pStyle w:val="ListBullet"/>
        <w:spacing w:after="40"/>
      </w:pPr>
      <w:r>
        <w:rPr>
          <w:b w:val="0"/>
          <w:i w:val="0"/>
        </w:rPr>
        <w:t>Пройти игру занятия самому (режим педагога → «Готовая игра» или файл из папки «Готовые игры»).</w:t>
      </w:r>
    </w:p>
    <w:p>
      <w:pPr>
        <w:pStyle w:val="ListBullet"/>
        <w:spacing w:after="40"/>
      </w:pPr>
      <w:r>
        <w:rPr>
          <w:b w:val="0"/>
          <w:i w:val="0"/>
        </w:rPr>
        <w:t>Проверить, что у детей нет старых экспериментов: при необходимости — «Начать заново».</w:t>
      </w:r>
    </w:p>
    <w:p>
      <w:pPr>
        <w:pStyle w:val="ListBullet"/>
        <w:spacing w:after="40"/>
      </w:pPr>
      <w:r>
        <w:rPr>
          <w:b w:val="0"/>
          <w:i w:val="0"/>
        </w:rPr>
        <w:t>Подготовить на доске таблицу «персонаж — что делает — когда».</w:t>
      </w:r>
    </w:p>
    <w:p>
      <w:pPr>
        <w:pStyle w:val="ListBullet"/>
        <w:spacing w:after="40"/>
      </w:pPr>
      <w:r>
        <w:rPr>
          <w:b w:val="0"/>
          <w:i w:val="0"/>
        </w:rPr>
        <w:t>Распечатать «Справочник блоков» (Приложение Б) по одному на парту.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pPr>
              <w:spacing w:after="40"/>
            </w:pPr>
            <w:r>
              <w:rPr>
                <w:b/>
                <w:color w:val="1B2440"/>
              </w:rPr>
              <w:t>Критерии оценки игры на демо-дне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1. Игра запускается флажком и не ломается при повторном запуске (всё обнуляется в начале).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2. Есть цель и конец игры (победа или проигрыш) с надписью.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3. Есть хотя бы одно улучшение «от себя»: свой рисунок сцены, свой объект, свой звук, новый уровень.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4. Автор может объяснить любой свой скрипт.</w:t>
            </w:r>
          </w:p>
        </w:tc>
      </w:tr>
    </w:tbl>
    <w:p>
      <w:pPr>
        <w:spacing w:after="40"/>
      </w:pPr>
    </w:p>
    <w:p>
      <w:pPr>
        <w:pStyle w:val="Heading1"/>
      </w:pPr>
      <w:r>
        <w:t>Приложение Д. Настройки и вид блоков для самых маленьких</w:t>
      </w:r>
    </w:p>
    <w:p>
      <w:r>
        <w:rPr>
          <w:b w:val="0"/>
          <w:i w:val="0"/>
        </w:rPr>
        <w:t xml:space="preserve">Кнопка </w:t>
      </w:r>
      <w:r>
        <w:rPr>
          <w:b/>
          <w:i w:val="0"/>
        </w:rPr>
        <w:t>«⚙️ Настройки»</w:t>
      </w:r>
      <w:r>
        <w:rPr>
          <w:b w:val="0"/>
          <w:i w:val="0"/>
        </w:rPr>
        <w:t xml:space="preserve"> в верхней панели открывает окно настроек. Всё сохраняется в браузере и действует на этом компьютере.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Настройка</w:t>
            </w:r>
          </w:p>
        </w:tc>
        <w:tc>
          <w:tcPr>
            <w:tcW w:type="dxa" w:w="737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Язык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Пока только русский; другие языки появятся позже.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Вид блоков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«Текст» (по умолчанию) · «👶 Символы — для малышей» · «🔤 Символы и текст».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Качество графики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«Авто» — само снижает качество, если сцена подтормаживает; «высокое / среднее / низкое» — вручную. Рядом показан FPS (кадров в секунду).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Тема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Светлая или тёмная.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Режим педагога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Показывает кнопку «Готовая игра» в карточке урока.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925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ting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9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Окно «Настройки»: язык, вид блоков, качество, тема, режим педагога</w:t>
      </w:r>
    </w:p>
    <w:p>
      <w:pPr>
        <w:pStyle w:val="Heading2"/>
      </w:pPr>
      <w:r>
        <w:t>Вид блоков</w:t>
      </w:r>
    </w:p>
    <w:p>
      <w:r>
        <w:rPr>
          <w:b w:val="0"/>
          <w:i w:val="0"/>
        </w:rPr>
        <w:t xml:space="preserve">Режим </w:t>
      </w:r>
      <w:r>
        <w:rPr>
          <w:b/>
          <w:i w:val="0"/>
        </w:rPr>
        <w:t>«👶 Символы»</w:t>
      </w:r>
      <w:r>
        <w:rPr>
          <w:b w:val="0"/>
          <w:i w:val="0"/>
        </w:rPr>
        <w:t xml:space="preserve"> меняет подписи на блоках на символы. Блоки и числа остаются теми же — программа не меняется, режим можно переключать в любой момент. Разделы слева тоже становятся значками. Наведите мышь на блок — появится полная надпись.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Значок</w:t>
            </w:r>
          </w:p>
        </w:tc>
        <w:tc>
          <w:tcPr>
            <w:tcW w:type="dxa" w:w="334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  <w:tc>
          <w:tcPr>
            <w:tcW w:type="dxa" w:w="1474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Значок</w:t>
            </w:r>
          </w:p>
        </w:tc>
        <w:tc>
          <w:tcPr>
            <w:tcW w:type="dxa" w:w="334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🏁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 флажок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⌨️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нажата клавиша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➡️ 10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идти вперёд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↻ 90° / ↺ 90°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повернуть вправо / влево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🦘 30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прыгнуть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📍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перейти в / к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↔️ / ↕️ / ⬆️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изменить x / y / высоту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🛝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плыть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💬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сказать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🪧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надпись на экране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🎨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цвет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🙈 / 👁️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спрятаться / показаться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🔊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играть звук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🛞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колёса крутятся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⏱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ждать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🔁 / ♾️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повторить / всегда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❓ … ❗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если … иначе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🛑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стоп всё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👯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создать клон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🤝 ?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касаюсь?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🎲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случайное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📦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переменная</w:t>
            </w:r>
          </w:p>
        </w:tc>
      </w:tr>
      <w:tr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🖼️ ➡️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сменить сцену</w:t>
            </w:r>
          </w:p>
        </w:tc>
        <w:tc>
          <w:tcPr>
            <w:tcW w:type="dxa" w:w="1474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🛣️</w:t>
            </w:r>
          </w:p>
        </w:tc>
        <w:tc>
          <w:tcPr>
            <w:tcW w:type="dxa" w:w="334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 едет</w:t>
            </w:r>
          </w:p>
        </w:tc>
      </w:tr>
      <w:tr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🦾 ✊ / 🦾 🖐️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взять / положить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📡</w:t>
            </w:r>
          </w:p>
        </w:tc>
        <w:tc>
          <w:tcPr>
            <w:tcW w:type="dxa" w:w="334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датчик расстояния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s-mod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Режим «👶 Символы»: программа робота-спасателя значками</w:t>
      </w:r>
    </w:p>
    <w:p>
      <w:r>
        <w:rPr>
          <w:b w:val="0"/>
          <w:i w:val="0"/>
        </w:rPr>
        <w:t xml:space="preserve">Режим </w:t>
      </w:r>
      <w:r>
        <w:rPr>
          <w:b/>
          <w:i w:val="0"/>
        </w:rPr>
        <w:t>«🔤 Символы и текст»</w:t>
      </w:r>
      <w:r>
        <w:rPr>
          <w:b w:val="0"/>
          <w:i w:val="0"/>
        </w:rPr>
        <w:t xml:space="preserve"> — переходный: перед каждой надписью стоит значок. Ребёнок, который начинает читать, узнаёт блок по значку и постепенно запоминает слова.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th-mod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Режим «🔤 Символы и текст»</w:t>
      </w:r>
    </w:p>
    <w:p>
      <w:pPr>
        <w:pStyle w:val="Heading2"/>
      </w:pPr>
      <w:r>
        <w:t>Переменные с ползунком</w:t>
      </w:r>
    </w:p>
    <w:p>
      <w:r>
        <w:rPr>
          <w:b w:val="0"/>
          <w:i w:val="0"/>
        </w:rPr>
        <w:t>Таблички переменных видны в углу сцены всё время, в том числе во время игры. Клик по табличке включает ползунок: дети двигают его и сразу видят, как меняется игра — например, скорость робота-курьера. Кнопка ↔ задаёт границы ползунка (от … до …). Ещё раз кликнуть — снова простая табличка.</w:t>
      </w:r>
    </w:p>
    <w:p>
      <w:pPr>
        <w:pStyle w:val="Heading2"/>
      </w:pPr>
      <w:r>
        <w:t>Костюмы и свечение</w:t>
      </w:r>
    </w:p>
    <w:p>
      <w:r>
        <w:rPr>
          <w:b w:val="0"/>
          <w:i w:val="0"/>
        </w:rPr>
        <w:t xml:space="preserve">Как в Scratch, у объекта есть </w:t>
      </w:r>
      <w:r>
        <w:rPr>
          <w:b/>
          <w:i w:val="0"/>
        </w:rPr>
        <w:t>костюмы</w:t>
      </w:r>
      <w:r>
        <w:rPr>
          <w:b w:val="0"/>
          <w:i w:val="0"/>
        </w:rPr>
        <w:t xml:space="preserve"> — разные «лица». У персонажей это выражения лица: обычный, радостный, злой, грустный, удивлённый, спит, в короне. У босса ещё «ярость» (огонь над головой) и «ранен». У предметов — свои: ракета «с огнём», дерево «осень» и «зима», дом «ночь», машина «с мигалкой» и «гоночная», остальные — «в короне» и «в колпаке».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77550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umes-bos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5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Костюмы босса: обычный, злой, ярость, ранен</w:t>
      </w:r>
    </w:p>
    <w:p>
      <w:pPr>
        <w:pStyle w:val="Heading3"/>
      </w:pPr>
      <w:r>
        <w:t>Вкладка «👕 Костюмы»</w:t>
      </w:r>
    </w:p>
    <w:p>
      <w:r>
        <w:rPr>
          <w:b w:val="0"/>
          <w:i w:val="0"/>
        </w:rPr>
        <w:t xml:space="preserve">Над рабочей областью две вкладки: </w:t>
      </w:r>
      <w:r>
        <w:rPr>
          <w:b/>
          <w:i w:val="0"/>
        </w:rPr>
        <w:t>«📜 Скрипты»</w:t>
      </w:r>
      <w:r>
        <w:rPr>
          <w:b w:val="0"/>
          <w:i w:val="0"/>
        </w:rPr>
        <w:t xml:space="preserve"> и </w:t>
      </w:r>
      <w:r>
        <w:rPr>
          <w:b/>
          <w:i w:val="0"/>
        </w:rPr>
        <w:t>«👕 Костюмы»</w:t>
      </w:r>
      <w:r>
        <w:rPr>
          <w:b w:val="0"/>
          <w:i w:val="0"/>
        </w:rPr>
        <w:t xml:space="preserve"> — как в Scratch. На вкладке костюмов: картинки всех костюмов выбранного объекта (клик — объект наденет костюм на старте), палитра цветов и «свой цвет», ползунок свечения.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umes-tab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Вкладка «Костюмы»: костюмы босса, цвет и свечение</w:t>
      </w:r>
    </w:p>
    <w:p>
      <w:r>
        <w:rPr>
          <w:b w:val="0"/>
          <w:i w:val="0"/>
        </w:rPr>
        <w:t xml:space="preserve">Кнопка </w:t>
      </w:r>
      <w:r>
        <w:rPr>
          <w:b/>
          <w:i w:val="0"/>
        </w:rPr>
        <w:t>«🎨 Раскрасить по кубикам»</w:t>
      </w:r>
      <w:r>
        <w:rPr>
          <w:b w:val="0"/>
          <w:i w:val="0"/>
        </w:rPr>
        <w:t xml:space="preserve"> превращает готовую модель (робота, машину, босса…) в кубики и открывает редактор: каждый кубик можно перекрасить, добавить или стереть. После «Сохранить» объект получает эту форму — свой уникальный костюм.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ume-voxel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Робот, превращённый в кубики, — раскрашивай как хочешь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77550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umes-fac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5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Костюмы блоксика: радостный, грустный, удивлённый, спит</w:t>
      </w:r>
    </w:p>
    <w:p>
      <w:r>
        <w:rPr>
          <w:b w:val="0"/>
          <w:i w:val="0"/>
        </w:rPr>
        <w:t>Костюм выбирают в свойствах объекта (поле «Костюм») или блоками [Внешность] «сменить костюм на …» и «следующий костюм». Быстрая смена костюмов — это анимация: «злой» на 0.3 секунды, потом снова «обычный» — и босс хмурится от каждого попадания.</w:t>
      </w:r>
    </w:p>
    <w:p>
      <w:r>
        <w:rPr>
          <w:b/>
          <w:i w:val="0"/>
        </w:rPr>
        <w:t>Свечение</w:t>
      </w:r>
      <w:r>
        <w:rPr>
          <w:b w:val="0"/>
          <w:i w:val="0"/>
        </w:rPr>
        <w:t xml:space="preserve"> (0–100 %) заставляет объект светиться своим цветом. Особенно красиво в сценах «вечер» и «ночь».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77550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ow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5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Свечение 0, 30, 60 и 100 %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💡 Идеи для анимаций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Монстр «спит», пока герой далеко, и становится «злым», когда герой рядом («расстояние до … &lt; 80»).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Победа — всем персонажам «радостный» через сообщение «победа».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Ракета: при старте «с огнём», после посадки — «обычный».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Мигающий маяк: «всегда» { «свечение 100», «ждать 0.5», «свечение 0», «ждать 0.5» }.</w:t>
            </w:r>
          </w:p>
        </w:tc>
      </w:tr>
    </w:tbl>
    <w:p>
      <w:pPr>
        <w:spacing w:after="40"/>
      </w:pPr>
    </w:p>
    <w:p>
      <w:pPr>
        <w:pStyle w:val="Heading2"/>
      </w:pPr>
      <w:r>
        <w:t>Бонусная игра 11. Воздушный пилот ✈️</w:t>
      </w:r>
    </w:p>
    <w:p>
      <w:r>
        <w:rPr>
          <w:b w:val="0"/>
          <w:i w:val="0"/>
        </w:rPr>
        <w:t>Ты — пилот! Самолёт летит сам, стрелки ← → поворачивают, ↑ ↓ меняют высоту. Камера летит за самолётом. Нужно пролететь через 10 золотых колец и не попасть в грозовые тучи. Подходит как 11-е занятие или игра для тех, кто закончил раньше. Готовый файл — «11 Воздушный пилот.tblocks».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g1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Воздушный пилот: самолёт, грозовая туча и счёт колец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26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737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собрать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1. Самолёт летит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Самолёт: «когда нажат ⚑» → сцена «Небо», «задать кольца 0», «задать жизни 3», «перейти в x: 0 y: -150», «установить высоту 60», «камера следит за я» → «всегда» { «идти вперёд на 2.5», стрелки влево/вправо — «повернуть на 3°», вверх/вниз — «изменить высоту на ±1.5», «если край, оттолкнуться» }.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2. Золотые кольца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Кольцо: случайное место и высота → «всегда» { «повернуть на 2°», «если касаюсь Самолёт? то» { кольца +1, «монетка», новое случайное место и высота } }.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3. Грозовые тучи</w:t>
            </w:r>
          </w:p>
        </w:tc>
        <w:tc>
          <w:tcPr>
            <w:tcW w:type="dxa" w:w="737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Туча: спрятаться → «всегда» { «ждать 2.5», «создать клон я» }. Клон: x случайный, y 200, высота случайная → летит к нам (y −1.5) → касание самолёта: жизни −1, «ой», удалить клон.</w:t>
            </w:r>
          </w:p>
        </w:tc>
      </w:tr>
      <w:tr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4. Ас или гроза</w:t>
            </w:r>
          </w:p>
        </w:tc>
        <w:tc>
          <w:tcPr>
            <w:tcW w:type="dxa" w:w="737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Самолёт: «ждать до (кольца &gt; 9)» → «Ты ас! 10 колец ✈️»; «ждать до (жизни &lt; 1)» → «Самолёт попал в грозу… Жми ⚑».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💡 Что обсудить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Почему самолёт летит сам? (мотор — «идти вперёд» внутри «всегда»).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Как попасть в кольцо, если оно высоко? (следить за высотой — это третья координата 3D).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Улучшения: костюм «в короне» после победы, ускорение со временем, свечение колец ночью.</w:t>
            </w:r>
          </w:p>
        </w:tc>
      </w:tr>
    </w:tbl>
    <w:p>
      <w:pPr>
        <w:spacing w:after="40"/>
      </w:pPr>
    </w:p>
    <w:p>
      <w:pPr>
        <w:pStyle w:val="Heading2"/>
      </w:pPr>
      <w:r>
        <w:t>Свойства объекта: ползунки и круг направления</w:t>
      </w:r>
    </w:p>
    <w:p>
      <w:r>
        <w:rPr>
          <w:b w:val="0"/>
          <w:i w:val="0"/>
        </w:rPr>
        <w:t xml:space="preserve">Наведите мышь на поле </w:t>
      </w:r>
      <w:r>
        <w:rPr>
          <w:b/>
          <w:i w:val="0"/>
        </w:rPr>
        <w:t>x, y, высота, размер</w:t>
      </w:r>
      <w:r>
        <w:rPr>
          <w:b w:val="0"/>
          <w:i w:val="0"/>
        </w:rPr>
        <w:t xml:space="preserve"> или </w:t>
      </w:r>
      <w:r>
        <w:rPr>
          <w:b/>
          <w:i w:val="0"/>
        </w:rPr>
        <w:t>свечение</w:t>
      </w:r>
      <w:r>
        <w:rPr>
          <w:b w:val="0"/>
          <w:i w:val="0"/>
        </w:rPr>
        <w:t xml:space="preserve"> в свойствах — появится ползунок: тяните, и объект сразу двигается на сцене. Число можно и вписать вручную. У </w:t>
      </w:r>
      <w:r>
        <w:rPr>
          <w:b/>
          <w:i w:val="0"/>
        </w:rPr>
        <w:t>направления</w:t>
      </w:r>
      <w:r>
        <w:rPr>
          <w:b w:val="0"/>
          <w:i w:val="0"/>
        </w:rPr>
        <w:t xml:space="preserve"> — круглый «компас», как в Scratch: тяните стрелку по кругу (0 — вдаль, 90 — вправо, 180 — к нам, −90 — влево) или жмите кнопки ↑0 / →90 / ↓180 / ←−90.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Круг направления: стрелку тянут мышью вокруг центра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925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itor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9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Переменная «скорость» с ползунком прямо на сцене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Как вводить значки детям 5–8 лет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Начните с трёх значков: 🏁 (старт), ➡️ (шаг), ↻ (поворот). Покажите на себе: «шаг вперёд», «поворот». Затем добавьте 🔁 «повтори» и 💬 «скажи». Числа дети вписывают сами — это заодно счёт.</w:t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E86A1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