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5D6B88"/>
          <w:sz w:val="26"/>
        </w:rPr>
        <w:t>Тинкерленд Блоки 3D · мастер-класс · 9–14 лет</w:t>
      </w:r>
    </w:p>
    <w:p>
      <w:pPr>
        <w:spacing w:after="80"/>
      </w:pPr>
      <w:r>
        <w:rPr>
          <w:b/>
          <w:i w:val="0"/>
          <w:color w:val="1B2440"/>
          <w:sz w:val="48"/>
        </w:rPr>
        <w:t>📦 Робот-курьер</w:t>
      </w:r>
    </w:p>
    <w:p>
      <w:pPr>
        <w:spacing w:after="280"/>
      </w:pPr>
      <w:r>
        <w:rPr>
          <w:b w:val="0"/>
          <w:i w:val="0"/>
          <w:color w:val="E86A10"/>
          <w:sz w:val="26"/>
        </w:rPr>
        <w:t>Сценарий для педагога на 90 минут — без подготовки детей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Цель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За одно занятие собрать игру-миссию: робот на колёсах мчится по дороге, прыгает через камни, везёт посылку на крыше и доставляет её до дома. По пути утро сменяется днём, вечером и ночью.</w:t>
            </w:r>
          </w:p>
        </w:tc>
      </w:tr>
      <w:tr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Результат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Законченная игра с началом и концом: дорога едет под роботом, колёса крутятся, камни мчатся навстречу, скорость растёт; на 200-м метре дом выезжает навстречу, робот подъезжает и говорит «Ваша посылка!», надпись «Посылка доставлена! 🎉». Задел камень — «Посылка разбилась…».</w:t>
            </w:r>
          </w:p>
        </w:tc>
      </w:tr>
      <w:tr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Возраст и группа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9–14 лет, 6–12 человек, у каждого компьютер с мышью</w:t>
            </w:r>
          </w:p>
        </w:tc>
      </w:tr>
      <w:tr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Как открыть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Тинкерленд Блоки 3D → «Уроки» → «Мастер-классы» → «Робот-курьер». Сцены «Утро», «День», «Вечер», «Ночь» с бесшовной дорогой уже нарисованы; робот на колёсах, посылка, спрятанные камень и дом, облако стоят на местах.</w:t>
            </w:r>
          </w:p>
        </w:tc>
      </w:tr>
      <w:tr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Готовая игра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файл «МК1 Робот-курьер.tblocks» в папке «Готовые игры» или режим педагога → «Готовая игра»</w:t>
            </w:r>
          </w:p>
        </w:tc>
      </w:tr>
      <w:tr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Что нужно</w:t>
            </w:r>
          </w:p>
        </w:tc>
        <w:tc>
          <w:tcPr>
            <w:tcW w:type="dxa" w:w="7597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Компьютеры с Chrome, проектор. Для младших — ⚙️ Настройки → «Вид блоков» → «👶 символы» или «🔤 символы и текст».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🎯 Миссия для детей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Робот-курьер везёт посылку на крыше. По дороге попадаются камни — их надо перепрыгивать, иначе посылка разобьётся. Проедешь 200 метров — впереди появится дом, и робот вручит посылку: «Ваша посылка!»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me-mk-robo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Робот-курьер в пути: дорога едет, колёса крутятся, посылка на крыше, камень мчится навстречу</w:t>
      </w:r>
    </w:p>
    <w:p>
      <w:pPr>
        <w:pStyle w:val="Heading2"/>
      </w:pPr>
      <w:r>
        <w:t>Персонажи: кто что делает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Объект</w:t>
            </w:r>
          </w:p>
        </w:tc>
        <w:tc>
          <w:tcPr>
            <w:tcW w:type="dxa" w:w="2041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Форма</w:t>
            </w:r>
          </w:p>
        </w:tc>
        <w:tc>
          <w:tcPr>
            <w:tcW w:type="dxa" w:w="5669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делает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 на колёсах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Стоит на месте и крутит колёса, а дорога едет под ним. Прыгает по пробелу. Считает путь, ускоряется, меняет время суток, в конце вручает посылку.</w:t>
            </w:r>
          </w:p>
        </w:tc>
      </w:tr>
      <w:tr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Посылка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посылка</w:t>
            </w:r>
          </w:p>
        </w:tc>
        <w:tc>
          <w:tcPr>
            <w:tcW w:type="dxa" w:w="566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Всё время едет на крыше робота — даже когда он прыгает.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Камень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камень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Спрятан. Создаёт клоны, которые едут навстречу. Перед домом камни заканчиваются, а по сигналу «доставка» исчезают.</w:t>
            </w:r>
          </w:p>
        </w:tc>
      </w:tr>
      <w:tr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Дом</w:t>
            </w:r>
          </w:p>
        </w:tc>
        <w:tc>
          <w:tcPr>
            <w:tcW w:type="dxa" w:w="2041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дом</w:t>
            </w:r>
          </w:p>
        </w:tc>
        <w:tc>
          <w:tcPr>
            <w:tcW w:type="dxa" w:w="5669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Спрятан. По сигналу «доставка» выезжает из-за края и останавливается перед роботом.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Облако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облако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Фон: медленно плывёт влево (скрипт уже готов).</w:t>
            </w:r>
          </w:p>
        </w:tc>
      </w:tr>
    </w:tbl>
    <w:p>
      <w:pPr>
        <w:spacing w:after="40"/>
      </w:pPr>
    </w:p>
    <w:p>
      <w:pPr>
        <w:pStyle w:val="Heading2"/>
      </w:pPr>
      <w:r>
        <w:t>Что происходит в игре</w:t>
      </w:r>
    </w:p>
    <w:p>
      <w:pPr>
        <w:pStyle w:val="ListBullet"/>
        <w:spacing w:after="40"/>
      </w:pPr>
      <w:r>
        <w:rPr>
          <w:b/>
          <w:i w:val="0"/>
        </w:rPr>
        <w:t>Иллюзия движения:</w:t>
      </w:r>
      <w:r>
        <w:rPr>
          <w:b w:val="0"/>
          <w:i w:val="0"/>
        </w:rPr>
        <w:t xml:space="preserve"> робот стоит на месте, а едут дорога (блок «пол едет») и камни. Колёса крутятся с той же скоростью — кажется, что робот мчится.</w:t>
      </w:r>
    </w:p>
    <w:p>
      <w:pPr>
        <w:pStyle w:val="ListBullet"/>
        <w:spacing w:after="40"/>
      </w:pPr>
      <w:r>
        <w:rPr>
          <w:b w:val="0"/>
          <w:i w:val="0"/>
        </w:rPr>
        <w:t xml:space="preserve">Переменная </w:t>
      </w:r>
      <w:r>
        <w:rPr>
          <w:b/>
          <w:i w:val="0"/>
        </w:rPr>
        <w:t>«путь»</w:t>
      </w:r>
      <w:r>
        <w:rPr>
          <w:b w:val="0"/>
          <w:i w:val="0"/>
        </w:rPr>
        <w:t xml:space="preserve"> — сколько метров проехали. Растёт 10 раз в секунду. Цель — 200.</w:t>
      </w:r>
    </w:p>
    <w:p>
      <w:pPr>
        <w:pStyle w:val="ListBullet"/>
        <w:spacing w:after="40"/>
      </w:pPr>
      <w:r>
        <w:rPr>
          <w:b w:val="0"/>
          <w:i w:val="0"/>
        </w:rPr>
        <w:t>Пробел — прыжок. Пока робот в воздухе, второй прыжок не начнётся.</w:t>
      </w:r>
    </w:p>
    <w:p>
      <w:pPr>
        <w:pStyle w:val="ListBullet"/>
        <w:spacing w:after="40"/>
      </w:pPr>
      <w:r>
        <w:rPr>
          <w:b w:val="0"/>
          <w:i w:val="0"/>
        </w:rPr>
        <w:t>Каждые 5 секунд скорость растёт и сменяется время суток: утро → день → вечер → ночь.</w:t>
      </w:r>
    </w:p>
    <w:p>
      <w:pPr>
        <w:pStyle w:val="ListBullet"/>
        <w:spacing w:after="40"/>
      </w:pPr>
      <w:r>
        <w:rPr>
          <w:b w:val="0"/>
          <w:i w:val="0"/>
        </w:rPr>
        <w:t>Коснулся камня — «Посылка разбилась… путь: N», всё останавливается. ⚑ — попробовать снова.</w:t>
      </w:r>
    </w:p>
    <w:p>
      <w:pPr>
        <w:pStyle w:val="ListBullet"/>
        <w:spacing w:after="40"/>
      </w:pPr>
      <w:r>
        <w:rPr>
          <w:b w:val="0"/>
          <w:i w:val="0"/>
        </w:rPr>
        <w:t>Путь больше 200 — дорога останавливается, робот передаёт сообщение «доставка»: дом выезжает навстречу, камни исчезают, робот подъезжает и вручает посылку.</w:t>
      </w:r>
    </w:p>
    <w:p>
      <w:pPr>
        <w:pStyle w:val="Heading2"/>
      </w:pPr>
      <w:r>
        <w:t>Ход мастер-класса — 90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907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Время</w:t>
            </w:r>
          </w:p>
        </w:tc>
        <w:tc>
          <w:tcPr>
            <w:tcW w:type="dxa" w:w="192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Этап</w:t>
            </w:r>
          </w:p>
        </w:tc>
        <w:tc>
          <w:tcPr>
            <w:tcW w:type="dxa" w:w="419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Педагог</w:t>
            </w:r>
          </w:p>
        </w:tc>
        <w:tc>
          <w:tcPr>
            <w:tcW w:type="dxa" w:w="260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9"/>
              </w:rPr>
              <w:t>Дети</w:t>
            </w:r>
          </w:p>
        </w:tc>
      </w:tr>
      <w:tr>
        <w:tc>
          <w:tcPr>
            <w:tcW w:type="dxa" w:w="907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0–5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Миссия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Рассказать легенду: «Сегодня вы — инженеры службы доставки. Ваш робот должен довезти посылку и не разбить её». Показать готовую игру (режим педагога → «Готовая игра»). Вопрос: «Робот едет или стоит?» Посмотреть его x в свойствах — он не меняется!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Удивляются: робот стоит, а едет дорога.</w:t>
            </w:r>
          </w:p>
        </w:tc>
      </w:tr>
      <w:tr>
        <w:tc>
          <w:tcPr>
            <w:tcW w:type="dxa" w:w="907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5–12</w:t>
            </w:r>
          </w:p>
        </w:tc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Иллюзия движения и план</w:t>
            </w:r>
          </w:p>
        </w:tc>
        <w:tc>
          <w:tcPr>
            <w:tcW w:type="dxa" w:w="419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Пример окна поезда: кажется, что едем мы, а едет картинка. На доске таблица «кто — что делает — когда»: робот, посылка, камень, дом.</w:t>
            </w:r>
          </w:p>
        </w:tc>
        <w:tc>
          <w:tcPr>
            <w:tcW w:type="dxa" w:w="260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Заполняют таблицу.</w:t>
            </w:r>
          </w:p>
        </w:tc>
      </w:tr>
      <w:tr>
        <w:tc>
          <w:tcPr>
            <w:tcW w:type="dxa" w:w="907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12–25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1. Робот едет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Самый эффектный этап — сразу «вау». Новое: «повторять пока не (путь &gt; 200)» — цикл с концом. Включите ползунок у переменной «скорость» (клик по табличке) и покажите, как меняется дорога.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Дорога поехала, колёса крутятся, путь растёт.</w:t>
            </w:r>
          </w:p>
        </w:tc>
      </w:tr>
      <w:tr>
        <w:tc>
          <w:tcPr>
            <w:tcW w:type="dxa" w:w="907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25–31</w:t>
            </w:r>
          </w:p>
        </w:tc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2. Прыжок</w:t>
            </w:r>
          </w:p>
        </w:tc>
        <w:tc>
          <w:tcPr>
            <w:tcW w:type="dxa" w:w="419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Событие клавиши. Подобрать высоту прыжка.</w:t>
            </w:r>
          </w:p>
        </w:tc>
        <w:tc>
          <w:tcPr>
            <w:tcW w:type="dxa" w:w="260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Пробуют 30, 40, 60.</w:t>
            </w:r>
          </w:p>
        </w:tc>
      </w:tr>
      <w:tr>
        <w:tc>
          <w:tcPr>
            <w:tcW w:type="dxa" w:w="907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31–36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Перерыв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Физминутка «курьер прыгает через лужи».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</w:p>
        </w:tc>
      </w:tr>
      <w:tr>
        <w:tc>
          <w:tcPr>
            <w:tcW w:type="dxa" w:w="907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36–52</w:t>
            </w:r>
          </w:p>
        </w:tc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3. Камни-клоны</w:t>
            </w:r>
          </w:p>
        </w:tc>
        <w:tc>
          <w:tcPr>
            <w:tcW w:type="dxa" w:w="419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Объяснить «фабрику клонов». Скорость 🐢 — показать, как выполняется клон. Почему камень едет с той же скоростью, что дорога? Почему камни кончаются на 190-м метре?</w:t>
            </w:r>
          </w:p>
        </w:tc>
        <w:tc>
          <w:tcPr>
            <w:tcW w:type="dxa" w:w="260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Собирают фабрику и скрипт клона, ловят «Посылка разбилась».</w:t>
            </w:r>
          </w:p>
        </w:tc>
      </w:tr>
      <w:tr>
        <w:tc>
          <w:tcPr>
            <w:tcW w:type="dxa" w:w="907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52–60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4. Посылка на крыше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Вопрос: «Как сделать, чтобы посылка всегда была на роботе?» Подвести к «перейти к Робот» + высота.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Посылка едет и прыгает вместе с роботом.</w:t>
            </w:r>
          </w:p>
        </w:tc>
      </w:tr>
      <w:tr>
        <w:tc>
          <w:tcPr>
            <w:tcW w:type="dxa" w:w="907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60–68</w:t>
            </w:r>
          </w:p>
        </w:tc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5. Утро, день, вечер</w:t>
            </w:r>
          </w:p>
        </w:tc>
        <w:tc>
          <w:tcPr>
            <w:tcW w:type="dxa" w:w="419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Два скрипта «когда нажат ⚑» работают одновременно. «Следующая сцена» меняет время суток.</w:t>
            </w:r>
          </w:p>
        </w:tc>
        <w:tc>
          <w:tcPr>
            <w:tcW w:type="dxa" w:w="260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Добавляют ускорение и смену сцен.</w:t>
            </w:r>
          </w:p>
        </w:tc>
      </w:tr>
      <w:tr>
        <w:tc>
          <w:tcPr>
            <w:tcW w:type="dxa" w:w="907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68–80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Этап 6. Доставка!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Новое: сообщения. «Передать доставка» — как звонок в дверь: его слышат все объекты. Дом выезжает, камни исчезают.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Доезжают до дома, получают «Посылка доставлена! 🎉».</w:t>
            </w:r>
          </w:p>
        </w:tc>
      </w:tr>
      <w:tr>
        <w:tc>
          <w:tcPr>
            <w:tcW w:type="dxa" w:w="907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80–86</w:t>
            </w:r>
          </w:p>
        </w:tc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Испытание</w:t>
            </w:r>
          </w:p>
        </w:tc>
        <w:tc>
          <w:tcPr>
            <w:tcW w:type="dxa" w:w="419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Кто доставит посылку с первой попытки? А со скоростью 5 (ползунок)?</w:t>
            </w:r>
          </w:p>
        </w:tc>
        <w:tc>
          <w:tcPr>
            <w:tcW w:type="dxa" w:w="260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Играют, усложняют.</w:t>
            </w:r>
          </w:p>
        </w:tc>
      </w:tr>
      <w:tr>
        <w:tc>
          <w:tcPr>
            <w:tcW w:type="dxa" w:w="907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86–90</w:t>
            </w:r>
          </w:p>
        </w:tc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Итоги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Рефлексия, сохранить файл.</w:t>
            </w:r>
          </w:p>
        </w:tc>
        <w:tc>
          <w:tcPr>
            <w:tcW w:type="dxa" w:w="260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Сохраняют .tblocks.</w:t>
            </w:r>
          </w:p>
        </w:tc>
      </w:tr>
    </w:tbl>
    <w:p>
      <w:pPr>
        <w:spacing w:after="40"/>
      </w:pPr>
    </w:p>
    <w:p>
      <w:pPr>
        <w:pStyle w:val="Heading2"/>
      </w:pPr>
      <w:r>
        <w:t>Пошаговая сборка</w:t>
      </w:r>
    </w:p>
    <w:p>
      <w:pPr>
        <w:pStyle w:val="Heading3"/>
      </w:pPr>
      <w:r>
        <w:t>Этап 1. Робот едет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Робот</w:t>
      </w:r>
      <w:r>
        <w:rPr>
          <w:b w:val="0"/>
          <w:i w:val="0"/>
        </w:rPr>
        <w:t>: «когда нажат ⚑» → [Сцена] «сменить сцену на Утро» → «задать скорость 3» → «задать путь 0» → «убрать надпись» → «камера спереди».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Дальше [Управление] «повторять пока не …», в окошко — [Операторы] «… &gt; …»: «путь &gt; 200».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 w:val="0"/>
          <w:i w:val="0"/>
        </w:rPr>
        <w:t>Внутрь цикла: [Сцена] «пол едет со скоростью (скорость)», [Внешность] «колёса крутятся со скоростью (скорость)», «ждать 0.1 сек», «изменить путь на 1».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Робот стоит на месте — едет дорога под ним. «Путь» растёт — это метры до дома. Цикл закончится, когда путь станет больше 200.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2. Прыжок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Робот</w:t>
      </w:r>
      <w:r>
        <w:rPr>
          <w:b w:val="0"/>
          <w:i w:val="0"/>
        </w:rPr>
        <w:t>: «когда нажата клавиша пробел» → «играть звук прыжок» → «прыгнуть на высоту 40».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Пока робот в воздухе, второй прыжок не начнётся. Если держать пробел — робот прыгает снова и снова.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3. Камни-клоны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Камень</w:t>
      </w:r>
      <w:r>
        <w:rPr>
          <w:b w:val="0"/>
          <w:i w:val="0"/>
        </w:rPr>
        <w:t>: «когда нажат ⚑» → «спрятаться» → «повторять пока не (путь &gt; 190)» { «создать клон я», «ждать (случайное от 1.2 до 2.5) сек» }.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 w:val="0"/>
          <w:i w:val="0"/>
        </w:rPr>
        <w:t>«когда я появляюсь как клон» → «перейти в x: 200 y: 0» → «показаться» → «повторять пока не (x &lt; -200)» { «изменить x на (0 − скорость)», «если касаюсь Робот? то» { «надпись (слить «Посылка разбилась… путь: » путь)», «звук ой», «стоп всё» } } → «удалить этот клон».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Камни едут с той же скоростью, что и дорога, — поэтому кажется, что они лежат на ней. Перед самым домом камни заканчиваются.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4. Посылка на крыше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Посылка</w:t>
      </w:r>
      <w:r>
        <w:rPr>
          <w:b w:val="0"/>
          <w:i w:val="0"/>
        </w:rPr>
        <w:t>: «когда нажат ⚑» → «показаться» → «повторять всегда» { «перейти к Робот», «изменить высоту на 32» }.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«Перейти к» ставит посылку туда же, где робот (и на его высоту), а «изменить высоту на 32» поднимает её на крышу. Поэтому посылка прыгает вместе с роботом.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5. Утро, день, вечер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Робот</w:t>
      </w:r>
      <w:r>
        <w:rPr>
          <w:b w:val="0"/>
          <w:i w:val="0"/>
        </w:rPr>
        <w:t>: ещё «когда нажат ⚑» → «повторять пока не (путь &gt; 200)» { «ждать 5 сек», «изменить скорость на 0.5», «следующая сцена» }.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Чем дальше, тем быстрее — и утро сменяется днём, вечером, ночью.</w:t>
            </w:r>
          </w:p>
        </w:tc>
      </w:tr>
    </w:tbl>
    <w:p>
      <w:pPr>
        <w:spacing w:after="40"/>
      </w:pPr>
    </w:p>
    <w:p>
      <w:pPr>
        <w:pStyle w:val="Heading3"/>
      </w:pPr>
      <w:r>
        <w:t>Этап 6. Доставка!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1. </w:t>
      </w:r>
      <w:r>
        <w:rPr>
          <w:b/>
          <w:i w:val="0"/>
        </w:rPr>
        <w:t>Робот</w:t>
      </w:r>
      <w:r>
        <w:rPr>
          <w:b w:val="0"/>
          <w:i w:val="0"/>
        </w:rPr>
        <w:t>, под циклом пути (этап 1): «пол едет со скоростью 0» → «передать доставка» → «плыть 2 сек к x: 90 y: 0» → «колёса крутятся со скоростью 0» → «сказать Ваша посылка! 2 сек» → «надпись Посылка доставлена! 🎉» → «играть звук победа».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2. </w:t>
      </w:r>
      <w:r>
        <w:rPr>
          <w:b/>
          <w:i w:val="0"/>
        </w:rPr>
        <w:t>Дом</w:t>
      </w:r>
      <w:r>
        <w:rPr>
          <w:b w:val="0"/>
          <w:i w:val="0"/>
        </w:rPr>
        <w:t>: «когда нажат ⚑» → «спрятаться». Второй скрипт: «когда получу доставка» → «перейти в x: 260 y: 0» → «показаться» → «плыть 2 сек к x: 160 y: 0».</w:t>
      </w:r>
    </w:p>
    <w:p>
      <w:pPr>
        <w:spacing w:after="40"/>
        <w:ind w:left="340" w:hanging="340"/>
      </w:pPr>
      <w:r>
        <w:rPr>
          <w:b/>
          <w:color w:val="E86A10"/>
        </w:rPr>
        <w:t xml:space="preserve">3. </w:t>
      </w:r>
      <w:r>
        <w:rPr>
          <w:b/>
          <w:i w:val="0"/>
        </w:rPr>
        <w:t>Камень</w:t>
      </w:r>
      <w:r>
        <w:rPr>
          <w:b w:val="0"/>
          <w:i w:val="0"/>
        </w:rPr>
        <w:t>: «когда получу доставка» → «удалить этот клон».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FFF4E6"/>
          </w:tcPr>
          <w:p>
            <w:pPr>
              <w:spacing w:after="40"/>
            </w:pPr>
            <w:r>
              <w:rPr>
                <w:b/>
                <w:color w:val="1B2440"/>
              </w:rPr>
              <w:t>💬 Скажите детям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Сообщение «доставка» — как звонок в дверь: его слышат все. Дом выезжает навстречу, а камни-клоны исчезают — дорога свободна.</w:t>
            </w:r>
          </w:p>
        </w:tc>
      </w:tr>
    </w:tbl>
    <w:p>
      <w:pPr>
        <w:spacing w:after="4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487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k-robot-delive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48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b w:val="0"/>
          <w:i/>
          <w:color w:val="5D6B88"/>
          <w:sz w:val="19"/>
        </w:rPr>
        <w:t>Финал миссии: дом выехал навстречу — «Посылка доставлена! 🎉»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100" w:type="dxa"/>
          <w:bottom w:w="100" w:type="dxa"/>
          <w:left w:w="140" w:type="dxa"/>
          <w:right w:w="140" w:type="dxa"/>
        </w:tblCellMar>
      </w:tblPr>
      <w:tblGrid>
        <w:gridCol w:w="9638"/>
      </w:tblGrid>
      <w:tr>
        <w:tc>
          <w:tcPr>
            <w:tcW w:type="dxa" w:w="9638"/>
            <w:shd w:val="clear" w:color="auto" w:fill="E8F7EF"/>
          </w:tcPr>
          <w:p>
            <w:pPr>
              <w:spacing w:after="40"/>
            </w:pPr>
            <w:r>
              <w:rPr>
                <w:b/>
                <w:color w:val="1B2440"/>
              </w:rPr>
              <w:t>✅ Как приложение проверяет миссию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Засчитывается, когда есть «пол едет», камни-клоны появились хотя бы 3 раза и на экране надпись «Посылка доставлена!».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>Проверено автоматическим «игроком»: все 6 этапов ✓, путь дошёл до 201, посылка всё время оставалась на крыше, время суток прошло Утро → День → Вечер → Ночь, дом выехал на x = 160, робот подъехал к x = 90, после доставки не осталось ни одного клона камня.</w:t>
            </w:r>
          </w:p>
        </w:tc>
      </w:tr>
    </w:tbl>
    <w:p>
      <w:pPr>
        <w:spacing w:after="40"/>
      </w:pPr>
    </w:p>
    <w:p>
      <w:pPr>
        <w:pStyle w:val="Heading2"/>
      </w:pPr>
      <w:r>
        <w:t>Частые ошибки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2835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Что видим</w:t>
            </w:r>
          </w:p>
        </w:tc>
        <w:tc>
          <w:tcPr>
            <w:tcW w:type="dxa" w:w="6803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Причина и решение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Дорога не едет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Нет «пол едет со скоростью» или скорость ещё 0 («задать скорость 3» должен стоять раньше цикла).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Робот не доезжает до дома, едет бесконечно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Вместо «повторять пока не (путь &gt; 200)» стоит «повторять всегда» или нет «изменить путь на 1».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Посылка остаётся на дороге, когда робот прыгает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 цикле посылки «установить высоту 32» вместо «изменить высоту на 32» — нужно именно «изменить», после «перейти к Робот».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Камни не появляются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Нет «показаться» у клона (оригинал спрятан).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Камень «скользит» по дороге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У камня и дороги разная скорость: в обоих местах — переменная «скорость».</w:t>
            </w:r>
          </w:p>
        </w:tc>
      </w:tr>
      <w:tr>
        <w:tc>
          <w:tcPr>
            <w:tcW w:type="dxa" w:w="2835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Дом не появляется</w:t>
            </w:r>
          </w:p>
        </w:tc>
        <w:tc>
          <w:tcPr>
            <w:tcW w:type="dxa" w:w="6803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У дома нет «когда получу доставка» или робот не «передаёт доставка». Название сообщения должно совпадать.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Камень разбил посылку прямо у дома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Нет скрипта камня «когда получу доставка → удалить этот клон».</w:t>
            </w:r>
          </w:p>
        </w:tc>
      </w:tr>
    </w:tbl>
    <w:p>
      <w:pPr>
        <w:spacing w:after="40"/>
      </w:pPr>
    </w:p>
    <w:p>
      <w:pPr>
        <w:pStyle w:val="Heading2"/>
      </w:pPr>
      <w:r>
        <w:t>Варианты продолжения</w:t>
      </w:r>
    </w:p>
    <w:p>
      <w:pPr>
        <w:pStyle w:val="ListBullet"/>
        <w:spacing w:after="40"/>
      </w:pPr>
      <w:r>
        <w:rPr>
          <w:b w:val="0"/>
          <w:i w:val="0"/>
        </w:rPr>
        <w:t>Свой звук: «🎵 Мои звуки» → записать голосом «Ваша посылка!».</w:t>
      </w:r>
    </w:p>
    <w:p>
      <w:pPr>
        <w:pStyle w:val="ListBullet"/>
        <w:spacing w:after="40"/>
      </w:pPr>
      <w:r>
        <w:rPr>
          <w:b w:val="0"/>
          <w:i w:val="0"/>
        </w:rPr>
        <w:t>Хрупкий груз: посылка разбивается после 3 касаний — переменная «прочность».</w:t>
      </w:r>
    </w:p>
    <w:p>
      <w:pPr>
        <w:pStyle w:val="ListBullet"/>
        <w:spacing w:after="40"/>
      </w:pPr>
      <w:r>
        <w:rPr>
          <w:b w:val="0"/>
          <w:i w:val="0"/>
        </w:rPr>
        <w:t>Дальняя доставка: путь 400 и надпись «Осталось N м».</w:t>
      </w:r>
    </w:p>
    <w:p>
      <w:pPr>
        <w:pStyle w:val="ListBullet"/>
        <w:spacing w:after="40"/>
      </w:pPr>
      <w:r>
        <w:rPr>
          <w:b w:val="0"/>
          <w:i w:val="0"/>
        </w:rPr>
        <w:t>Дрон-помеха: второй тип клонов на высоте 30 — под ним надо проехать, а не прыгать.</w:t>
      </w:r>
    </w:p>
    <w:p>
      <w:pPr>
        <w:pStyle w:val="ListBullet"/>
        <w:spacing w:after="40"/>
      </w:pPr>
      <w:r>
        <w:rPr>
          <w:b w:val="0"/>
          <w:i w:val="0"/>
        </w:rPr>
        <w:t>Своя дорога: «✏️ Настроить» сцену и дорисовать кусты, лужи, разметку.</w:t>
      </w:r>
    </w:p>
    <w:p>
      <w:pPr>
        <w:pStyle w:val="ListBullet"/>
        <w:spacing w:after="40"/>
      </w:pPr>
      <w:r>
        <w:rPr>
          <w:b w:val="0"/>
          <w:i w:val="0"/>
        </w:rPr>
        <w:t>Свой робот или посылка: нарисовать в редакторе кубиков или загрузить из Тинкерленда 3D.</w:t>
      </w:r>
    </w:p>
    <w:p>
      <w:pPr>
        <w:pStyle w:val="Heading2"/>
      </w:pPr>
      <w:r>
        <w:t>Шпаргалка: какие блоки понадобятся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4819"/>
        <w:gridCol w:w="4819"/>
      </w:tblGrid>
      <w:tr>
        <w:tc>
          <w:tcPr>
            <w:tcW w:type="dxa" w:w="1928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Раздел</w:t>
            </w:r>
          </w:p>
        </w:tc>
        <w:tc>
          <w:tcPr>
            <w:tcW w:type="dxa" w:w="7710"/>
            <w:shd w:val="clear" w:color="auto" w:fill="1B2440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20"/>
              </w:rPr>
              <w:t>Блоки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События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когда нажат ⚑ · когда нажата клавиша пробел · когда я появляюсь как клон · когда получу · передать</w:t>
            </w:r>
          </w:p>
        </w:tc>
      </w:tr>
      <w:tr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Движение</w:t>
            </w:r>
          </w:p>
        </w:tc>
        <w:tc>
          <w:tcPr>
            <w:tcW w:type="dxa" w:w="771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прыгнуть на высоту · перейти в x y · перейти к · изменить x на · изменить высоту на · плыть … сек к · x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Внешность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колёса крутятся со скоростью · показаться · спрятаться · сказать … сек · надпись · убрать надпись</w:t>
            </w:r>
          </w:p>
        </w:tc>
      </w:tr>
      <w:tr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Звук</w:t>
            </w:r>
          </w:p>
        </w:tc>
        <w:tc>
          <w:tcPr>
            <w:tcW w:type="dxa" w:w="771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играть звук прыжок / ой / победа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Управление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повторять пока не · повторять всегда · ждать · если … то · создать клон · удалить этот клон · стоп всё</w:t>
            </w:r>
          </w:p>
        </w:tc>
      </w:tr>
      <w:tr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Сенсоры</w:t>
            </w:r>
          </w:p>
        </w:tc>
        <w:tc>
          <w:tcPr>
            <w:tcW w:type="dxa" w:w="771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касаюсь Робот?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Операторы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случайное · … − … · … &lt; … · … &gt; … · слить</w:t>
            </w:r>
          </w:p>
        </w:tc>
      </w:tr>
      <w:tr>
        <w:tc>
          <w:tcPr>
            <w:tcW w:type="dxa" w:w="1928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Переменные</w:t>
            </w:r>
          </w:p>
        </w:tc>
        <w:tc>
          <w:tcPr>
            <w:tcW w:type="dxa" w:w="7710"/>
            <w:shd w:val="clear" w:color="auto" w:fill="F4F6FA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путь · скорость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Сцена</w:t>
            </w:r>
          </w:p>
        </w:tc>
        <w:tc>
          <w:tcPr>
            <w:tcW w:type="dxa" w:w="7710"/>
          </w:tcPr>
          <w:p>
            <w:pPr>
              <w:spacing w:after="0"/>
            </w:pPr>
            <w:r/>
            <w:r>
              <w:rPr>
                <w:b w:val="0"/>
                <w:i w:val="0"/>
                <w:sz w:val="20"/>
              </w:rPr>
              <w:t>пол едет со скоростью · сменить сцену на Утро · следующая сцена · камера спереди</w:t>
            </w:r>
          </w:p>
        </w:tc>
      </w:tr>
    </w:tbl>
    <w:p>
      <w:pPr>
        <w:spacing w:after="40"/>
      </w:pPr>
    </w:p>
    <w:p>
      <w:pPr>
        <w:pStyle w:val="Heading2"/>
      </w:pPr>
      <w:r>
        <w:t>Вопросы для рефлексии</w:t>
      </w:r>
    </w:p>
    <w:p>
      <w:pPr>
        <w:pStyle w:val="ListBullet"/>
        <w:spacing w:after="40"/>
      </w:pPr>
      <w:r>
        <w:rPr>
          <w:b w:val="0"/>
          <w:i w:val="0"/>
        </w:rPr>
        <w:t>Почему кажется, что робот едет, хотя он стоит?</w:t>
      </w:r>
    </w:p>
    <w:p>
      <w:pPr>
        <w:pStyle w:val="ListBullet"/>
        <w:spacing w:after="40"/>
      </w:pPr>
      <w:r>
        <w:rPr>
          <w:b w:val="0"/>
          <w:i w:val="0"/>
        </w:rPr>
        <w:t>Чем «повторять пока не» отличается от «повторять всегда»?</w:t>
      </w:r>
    </w:p>
    <w:p>
      <w:pPr>
        <w:pStyle w:val="ListBullet"/>
        <w:spacing w:after="40"/>
      </w:pPr>
      <w:r>
        <w:rPr>
          <w:b w:val="0"/>
          <w:i w:val="0"/>
        </w:rPr>
        <w:t>Как посылка узнаёт, где робот? Почему она прыгает вместе с ним?</w:t>
      </w:r>
    </w:p>
    <w:p>
      <w:pPr>
        <w:pStyle w:val="ListBullet"/>
        <w:spacing w:after="40"/>
      </w:pPr>
      <w:r>
        <w:rPr>
          <w:b w:val="0"/>
          <w:i w:val="0"/>
        </w:rPr>
        <w:t>Кто слышит сообщение «доставка» и что каждый делает?</w:t>
      </w:r>
    </w:p>
    <w:p>
      <w:pPr>
        <w:pStyle w:val="ListBullet"/>
        <w:spacing w:after="40"/>
      </w:pPr>
      <w:r>
        <w:rPr>
          <w:b w:val="0"/>
          <w:i w:val="0"/>
        </w:rPr>
        <w:t>Где в жизни работают роботы-курьеры?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B244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E86A1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B244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