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5D6B88"/>
          <w:sz w:val="26"/>
        </w:rPr>
        <w:t>Тинкерленд Блоки 3D · мастер-класс · 8–10 лет</w:t>
      </w:r>
    </w:p>
    <w:p>
      <w:pPr>
        <w:spacing w:after="80"/>
      </w:pPr>
      <w:r>
        <w:rPr>
          <w:b/>
          <w:i w:val="0"/>
          <w:color w:val="1B2440"/>
          <w:sz w:val="48"/>
        </w:rPr>
        <w:t>🐱 Робот-спасатель</w:t>
      </w:r>
    </w:p>
    <w:p>
      <w:pPr>
        <w:spacing w:after="280"/>
      </w:pPr>
      <w:r>
        <w:rPr>
          <w:b w:val="0"/>
          <w:i w:val="0"/>
          <w:color w:val="E86A10"/>
          <w:sz w:val="26"/>
        </w:rPr>
        <w:t>Сценарий для педагога на 90 минут — без подготовки детей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Познакомиться с тем, как работают настоящие роботы-спасатели: датчик «видит» предмет впереди, рука-манипулятор его берёт и кладёт. Собрать простую программу из 4 шагов.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ездит по стройке стрелками, датчик показывает расстояние и говорит «Вижу!», по пробелу рука опускается, бережно берёт котёнка и поднимает, а на зелёной площадке у домика кладёт: «Мяу! Спасибо!». Три котёнка — «Все котята спасены!».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Возраст и группа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8–10 лет, 6–12 человек, у каждого компьютер с мышью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Как открыть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Тинкерленд Блоки 3D → «Уроки» → «Мастер-классы» → «Робот-спасатель». Стройка уже готова: робот с рукой-захватом, три котёнка (рыжий, серый, белый), камни-обломки и зелёная площадка «Домик» у дома.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«МК2 Робот-спасатель.tblocks» в папке «Готовые игры» или режим педагога → «Готовая игра»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Что нужно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Компьютеры с Chrome, проектор. Для младших — ⚙️ Настройки → «Вид блоков» → «👶 символы» или «🔤 символы и текст».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🎯 Миссия для детей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Ураган разбросал котят по стройке! Робот-спасатель находит котёнка датчиком, бережно берёт его рукой-захватом и относит в домик. Спаси всех троих!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mk-ar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Робот-спасатель на стройке: датчик впереди пуст (999), домик — слева вверху</w:t>
      </w:r>
    </w:p>
    <w:p>
      <w:pPr>
        <w:pStyle w:val="Heading2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66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манипулятор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Ездит стрелками. «Глаза» спереди — датчик расстояния. Жёлтая рука с захватом берёт и кладёт.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Котёнок, Котёнок 2, Котёнок 3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котёнок (рыжий, серый, белый)</w:t>
            </w:r>
          </w:p>
        </w:tc>
        <w:tc>
          <w:tcPr>
            <w:tcW w:type="dxa" w:w="566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Сидят на стройке. Их нужно отнести в домик.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Домик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зелёная площадка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Сюда несём котят — за каждого «спасено» +1.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Дом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дом</w:t>
            </w:r>
          </w:p>
        </w:tc>
        <w:tc>
          <w:tcPr>
            <w:tcW w:type="dxa" w:w="566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Украшение: дом рядом с площадкой.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Камень, Камень 2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камень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Обломки. Датчик их тоже видит, но захват камень не поднимет — он тяжёлый.</w:t>
            </w:r>
          </w:p>
        </w:tc>
      </w:tr>
    </w:tbl>
    <w:p>
      <w:pPr>
        <w:spacing w:after="40"/>
      </w:pPr>
    </w:p>
    <w:p>
      <w:pPr>
        <w:pStyle w:val="Heading2"/>
      </w:pPr>
      <w:r>
        <w:t>Что происходит в игре</w:t>
      </w:r>
    </w:p>
    <w:p>
      <w:pPr>
        <w:pStyle w:val="ListBullet"/>
        <w:spacing w:after="40"/>
      </w:pPr>
      <w:r>
        <w:rPr>
          <w:b w:val="0"/>
          <w:i w:val="0"/>
        </w:rPr>
        <w:t>Стрелки — ехать и поворачивать (можно одновременно).</w:t>
      </w:r>
    </w:p>
    <w:p>
      <w:pPr>
        <w:pStyle w:val="ListBullet"/>
        <w:spacing w:after="40"/>
      </w:pPr>
      <w:r>
        <w:rPr>
          <w:b w:val="0"/>
          <w:i w:val="0"/>
        </w:rPr>
        <w:t>Робот всё время говорит, что видит датчик: число шагов до предмета впереди или «Вижу!», если ближе 30. Впереди пусто — 999.</w:t>
      </w:r>
    </w:p>
    <w:p>
      <w:pPr>
        <w:pStyle w:val="ListBullet"/>
        <w:spacing w:after="40"/>
      </w:pPr>
      <w:r>
        <w:rPr>
          <w:b w:val="0"/>
          <w:i w:val="0"/>
        </w:rPr>
        <w:t>Пробел: если рука пустая — взять котёнка, если котёнок в руке — положить.</w:t>
      </w:r>
    </w:p>
    <w:p>
      <w:pPr>
        <w:pStyle w:val="ListBullet"/>
        <w:spacing w:after="40"/>
      </w:pPr>
      <w:r>
        <w:rPr>
          <w:b w:val="0"/>
          <w:i w:val="0"/>
        </w:rPr>
        <w:t>Котёнок, положенный на зелёную площадку у домика, спасён: «Мяу! Спасибо!», спасено +1. Три — «Все котята спасены!».</w:t>
      </w:r>
    </w:p>
    <w:p>
      <w:pPr>
        <w:pStyle w:val="Heading2"/>
      </w:pPr>
      <w:r>
        <w:t>Ход мастер-класса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907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192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19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60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0–7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Миссия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Рассказать легенду: «Ночью был ураган, котята разбежались по стройке. Туда опасно идти людям — пойдёт робот». Вопрос: «Как робот узнает, что впереди котёнок?» Ввести слова «датчик» и «манипулятор». Показать готовую игру.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Отвечают, предлагают идеи.</w:t>
            </w:r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7–12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Игра «Я — робот»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Один ребёнок — «робот» с закрытыми глазами, другой — «датчик», говорит «далеко / близко / вижу!». Робот берёт игрушку по команде.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Играют парами.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12–25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Едем стрелками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Для тех, кто плохо читает, — ⚙️ Настройки → «Вид блоков» → «символы» или «символы и текст». Диктовать: 4 шляпки клавиш.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Катаются по стройке.</w:t>
            </w:r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25–40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Датчик ищет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«если … иначе»: «если дождь — зонт, иначе — кепка».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Робот говорит число или «Вижу!». Проверяют: подносят к котёнку, к камню, отворачивают.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40–45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 «манипулятор»: руки вниз — схватить — вверх.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45–60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Бережно берём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Показать раздел «Датчики». Подсказка: подъехать так, чтобы робот сказал «Вижу!». Попробовать взять камень — не получится.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Берут и возят котят.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60–76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Все спасены!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«Спасено» растёт, только если котёнка положили у домика. «Если спасено = 3 — надпись».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Спасают всех, получают надпись.</w:t>
            </w:r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76–85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Спасательная операция на время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Кто быстрее спасёт всех (секундомер педагога). Можно передвинуть котят и камни на сцене мышкой — новая карта.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Соревнуются, меняют карту друг другу.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85–90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Итоги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Где в жизни работают роботы-спасатели, датчики и манипуляторы? Сохранить файл.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Отвечают, сохраняют.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Едем стрелками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Робот</w:t>
      </w:r>
      <w:r>
        <w:rPr>
          <w:b w:val="0"/>
          <w:i w:val="0"/>
        </w:rPr>
        <w:t>: [События] «когда нажата клавиша стрелка вверх» → [Движение] «идти вперёд на 2».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Ещё три шляпки: стрелка вниз → «идти вперёд на -2», влево → «повернуть ↺ на 3°», вправо → «повернуть ↻ на 3°».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Держи клавишу — робот едет. Можно держать две клавиши: ехать и поворачивать.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Датчик ищет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Робот</w:t>
      </w:r>
      <w:r>
        <w:rPr>
          <w:b w:val="0"/>
          <w:i w:val="0"/>
        </w:rPr>
        <w:t>: «когда нажат ⚑» → [Управление] «повторять всегда» → «если … то … иначе».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 окошко «если» — [Операторы] «… &lt; 30», а в его левое окошко — [Датчики] «датчик расстояния».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В «то» — «сказать Вижу!», в «иначе» — «сказать» и в окошко «датчик расстояния».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Датчик — как глаза робота: он показывает, сколько шагов до того, что прямо впереди. Если впереди пусто — 999.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Бережно берём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Робот</w:t>
      </w:r>
      <w:r>
        <w:rPr>
          <w:b w:val="0"/>
          <w:i w:val="0"/>
        </w:rPr>
        <w:t>: «когда нажата клавиша пробел» → «если … то … иначе», в окошко — [Датчики] «держу предмет?».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В «то» — «положить предмет», в «иначе» — «взять предмет захватом».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Рука сама опускается, сжимает захват и поднимает котёнка. Камень захват не поднимет — он тяжёлый.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Все спасены!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 w:val="0"/>
          <w:i w:val="0"/>
        </w:rPr>
        <w:t>Под «положить предмет»: «если касаюсь Домик? то» { «изменить спасено на 1», «сказать Мяу! Спасибо! 1 сек», «играть звук монетка»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Ещё ниже: «если (спасено = 3) то» { «надпись на экране Все котята спасены!», «играть звук победа»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В начало флажка: «задать спасено 0» и «убрать надпись».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Котёнок спасён, только если робот стоит на зелёной площадке у домика, когда кладёт его.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8F7EF"/>
          </w:tcPr>
          <w:p>
            <w:pPr>
              <w:spacing w:after="40"/>
            </w:pPr>
            <w:r>
              <w:rPr>
                <w:b/>
                <w:color w:val="1B2440"/>
              </w:rPr>
              <w:t>✅ Как приложение проверяет миссию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Засчитывается, когда есть «взять предмет захватом», «датчик расстояния» и спасено 3 котёнка.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Проверено автоматическим «игроком»: перед каждым котёнком датчик показал 20 шагов и «Вижу!», все трое взяты и отнесены в домик («спасено» = 3), камень взять не удалось, появилась надпись «Все котята спасены!».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Частые ошибки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Причина и решение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не берёт котёнка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стоит далеко или боком. Подъехать, пока робот не скажет «Вижу!».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Датчик всегда 999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смотрит не на котёнка — повернуть его. Площадку «Домик» датчик не видит специально.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Камень не берётся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Так и задумано: обломки тяжёлые, их нужно объезжать.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«Спасено» не растёт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Котёнка положили не на зелёной площадке, или «если касаюсь Домик?» стоит не под «положить предмет».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Надпись появилась раньше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Стоит «спасено &gt; 0» или «спасено = 1» вместо «= 3».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говорит слишком быстро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Это нормально: датчик проверяет постоянно. Можно поставить «ждать 0.2» в цикл.</w:t>
            </w:r>
          </w:p>
        </w:tc>
      </w:tr>
    </w:tbl>
    <w:p>
      <w:pPr>
        <w:spacing w:after="40"/>
      </w:pPr>
    </w:p>
    <w:p>
      <w:pPr>
        <w:pStyle w:val="Heading2"/>
      </w:pPr>
      <w:r>
        <w:t>Варианты продолжения</w:t>
      </w:r>
    </w:p>
    <w:p>
      <w:pPr>
        <w:pStyle w:val="ListBullet"/>
        <w:spacing w:after="40"/>
      </w:pPr>
      <w:r>
        <w:rPr>
          <w:b w:val="0"/>
          <w:i w:val="0"/>
        </w:rPr>
        <w:t>Сортировка: «если цвет предмета = рыжий» — в одну корзинку, иначе — в другую (нужна вторая площадка).</w:t>
      </w:r>
    </w:p>
    <w:p>
      <w:pPr>
        <w:pStyle w:val="ListBullet"/>
        <w:spacing w:after="40"/>
      </w:pPr>
      <w:r>
        <w:rPr>
          <w:b w:val="0"/>
          <w:i w:val="0"/>
        </w:rPr>
        <w:t>Автопилот: робот сам едет вперёд, а когда датчик &lt; 25 — останавливается и берёт котёнка.</w:t>
      </w:r>
    </w:p>
    <w:p>
      <w:pPr>
        <w:pStyle w:val="ListBullet"/>
        <w:spacing w:after="40"/>
      </w:pPr>
      <w:r>
        <w:rPr>
          <w:b w:val="0"/>
          <w:i w:val="0"/>
        </w:rPr>
        <w:t>Таймер: спаси всех за 60 секунд, пока не начался дождь (сцена «Вечер»).</w:t>
      </w:r>
    </w:p>
    <w:p>
      <w:pPr>
        <w:pStyle w:val="ListBullet"/>
        <w:spacing w:after="40"/>
      </w:pPr>
      <w:r>
        <w:rPr>
          <w:b w:val="0"/>
          <w:i w:val="0"/>
        </w:rPr>
        <w:t>Больше котят: добавить ещё одного и поменять 3 на 4.</w:t>
      </w:r>
    </w:p>
    <w:p>
      <w:pPr>
        <w:pStyle w:val="ListBullet"/>
        <w:spacing w:after="40"/>
      </w:pPr>
      <w:r>
        <w:rPr>
          <w:b w:val="0"/>
          <w:i w:val="0"/>
        </w:rPr>
        <w:t>Свой спасаемый: нарисовать щенка или птенца в редакторе кубиков.</w:t>
      </w:r>
    </w:p>
    <w:p>
      <w:pPr>
        <w:pStyle w:val="Heading2"/>
      </w:pPr>
      <w:r>
        <w:t>Шпаргалка: какие блоки понадобятся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Раздел</w:t>
            </w:r>
          </w:p>
        </w:tc>
        <w:tc>
          <w:tcPr>
            <w:tcW w:type="dxa" w:w="771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Блоки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События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нажата клавиша · когда нажат ⚑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Движение</w:t>
            </w:r>
          </w:p>
        </w:tc>
        <w:tc>
          <w:tcPr>
            <w:tcW w:type="dxa" w:w="771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идти вперёд · повернуть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Внешность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сказать · сказать … сек · надпись на экране · убрать надпись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Звук</w:t>
            </w:r>
          </w:p>
        </w:tc>
        <w:tc>
          <w:tcPr>
            <w:tcW w:type="dxa" w:w="771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играть звук монетка / победа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Управление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повторять всегда · если … то · если … то … иначе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Сенсоры</w:t>
            </w:r>
          </w:p>
        </w:tc>
        <w:tc>
          <w:tcPr>
            <w:tcW w:type="dxa" w:w="771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касаюсь Домик?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Операторы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… &lt; … · … = …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Переменные</w:t>
            </w:r>
          </w:p>
        </w:tc>
        <w:tc>
          <w:tcPr>
            <w:tcW w:type="dxa" w:w="771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спасено: задать, изменить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Датчики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датчик расстояния · взять предмет захватом · положить предмет · держу предмет?</w:t>
            </w:r>
          </w:p>
        </w:tc>
      </w:tr>
    </w:tbl>
    <w:p>
      <w:pPr>
        <w:spacing w:after="40"/>
      </w:pPr>
    </w:p>
    <w:p>
      <w:pPr>
        <w:pStyle w:val="Heading2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Что делает датчик? А манипулятор?</w:t>
      </w:r>
    </w:p>
    <w:p>
      <w:pPr>
        <w:pStyle w:val="ListBullet"/>
        <w:spacing w:after="40"/>
      </w:pPr>
      <w:r>
        <w:rPr>
          <w:b w:val="0"/>
          <w:i w:val="0"/>
        </w:rPr>
        <w:t>Почему робот говорит «999», когда отвернётся?</w:t>
      </w:r>
    </w:p>
    <w:p>
      <w:pPr>
        <w:pStyle w:val="ListBullet"/>
        <w:spacing w:after="40"/>
      </w:pPr>
      <w:r>
        <w:rPr>
          <w:b w:val="0"/>
          <w:i w:val="0"/>
        </w:rPr>
        <w:t>Почему захват не берёт камень? Как это сделано у настоящих роботов?</w:t>
      </w:r>
    </w:p>
    <w:p>
      <w:pPr>
        <w:pStyle w:val="ListBullet"/>
        <w:spacing w:after="40"/>
      </w:pPr>
      <w:r>
        <w:rPr>
          <w:b w:val="0"/>
          <w:i w:val="0"/>
        </w:rPr>
        <w:t>Где в жизни работают роботы-спасатели?</w:t>
      </w:r>
    </w:p>
    <w:p>
      <w:pPr>
        <w:pStyle w:val="ListBullet"/>
        <w:spacing w:after="40"/>
      </w:pPr>
      <w:r>
        <w:rPr>
          <w:b w:val="0"/>
          <w:i w:val="0"/>
        </w:rPr>
        <w:t>Кого бы ещё мог спасти твой робот?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B24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E86A1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B24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