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6B7280"/>
          <w:sz w:val="26"/>
        </w:rPr>
        <w:t>Тинкерленд Рублокс 3D · для педагога · 8–14 лет</w:t>
      </w:r>
    </w:p>
    <w:p>
      <w:pPr>
        <w:spacing w:after="40"/>
      </w:pPr>
      <w:r>
        <w:rPr>
          <w:b/>
          <w:i w:val="0"/>
          <w:color w:val="FF4757"/>
          <w:sz w:val="52"/>
        </w:rPr>
        <w:t>🎮 Миссии: создаём игры</w:t>
      </w:r>
    </w:p>
    <w:p>
      <w:pPr>
        <w:spacing w:after="240"/>
      </w:pPr>
      <w:r>
        <w:rPr>
          <w:b w:val="0"/>
          <w:i w:val="0"/>
          <w:color w:val="5A3D22"/>
          <w:sz w:val="26"/>
        </w:rPr>
        <w:t>Мастер-классы по популярным режимам Роблокса: от блоков к коду на Lua и первому шагу в Roblox Studio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348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nu-mission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48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6B7280"/>
          <w:sz w:val="19"/>
        </w:rPr>
        <w:t>Пять миссий — пять популярных игровых режимов</w:t>
      </w:r>
    </w:p>
    <w:p>
      <w:pPr>
        <w:pStyle w:val="Heading2"/>
      </w:pPr>
      <w:r>
        <w:t>Что это и зачем</w:t>
      </w:r>
    </w:p>
    <w:p>
      <w:r>
        <w:rPr>
          <w:b w:val="0"/>
          <w:i w:val="0"/>
        </w:rPr>
        <w:t xml:space="preserve">Рублокс 3D — дополнительное приложение Тинкерленда. Дети не просто играют, а </w:t>
      </w:r>
      <w:r>
        <w:rPr>
          <w:b/>
          <w:i w:val="0"/>
        </w:rPr>
        <w:t>создают игры</w:t>
      </w:r>
      <w:r>
        <w:rPr>
          <w:b w:val="0"/>
          <w:i w:val="0"/>
        </w:rPr>
        <w:t xml:space="preserve">: программируют летающего робота </w:t>
      </w:r>
      <w:r>
        <w:rPr>
          <w:b/>
          <w:i w:val="0"/>
        </w:rPr>
        <w:t>Билди</w:t>
      </w:r>
      <w:r>
        <w:rPr>
          <w:b w:val="0"/>
          <w:i w:val="0"/>
        </w:rPr>
        <w:t xml:space="preserve">, который строит уровни из блоков, настраивают цвета, материалы, эффекты и освещение — а потом сами играют за героя </w:t>
      </w:r>
      <w:r>
        <w:rPr>
          <w:b/>
          <w:i w:val="0"/>
        </w:rPr>
        <w:t>Нубика</w:t>
      </w:r>
      <w:r>
        <w:rPr>
          <w:b w:val="0"/>
          <w:i w:val="0"/>
        </w:rPr>
        <w:t xml:space="preserve">. Каждая миссия повторяет популярный режим Роблокса и знакомит с основами </w:t>
      </w:r>
      <w:r>
        <w:rPr>
          <w:b/>
          <w:i w:val="0"/>
        </w:rPr>
        <w:t>геймдизайна</w:t>
      </w:r>
      <w:r>
        <w:rPr>
          <w:b w:val="0"/>
          <w:i w:val="0"/>
        </w:rPr>
        <w:t xml:space="preserve"> и интерфейса </w:t>
      </w:r>
      <w:r>
        <w:rPr>
          <w:b/>
          <w:i w:val="0"/>
        </w:rPr>
        <w:t>Roblox Studio</w:t>
      </w:r>
      <w:r>
        <w:rPr>
          <w:b w:val="0"/>
          <w:i w:val="0"/>
        </w:rPr>
        <w:t>. После курса ребята уверенно переходят в настоящую Roblox Studio и делают свои первые игры.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701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Кто</w:t>
            </w:r>
          </w:p>
        </w:tc>
        <w:tc>
          <w:tcPr>
            <w:tcW w:type="dxa" w:w="7937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Что делает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🤖 Билди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Летающий робот-строитель. Выполняет программу: летит, поднимается, ставит блок под собой. Он же — рассказчик: читает задания своим голосом.</w:t>
            </w:r>
          </w:p>
        </w:tc>
      </w:tr>
      <w:tr>
        <w:tc>
          <w:tcPr>
            <w:tcW w:type="dxa" w:w="170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🧑 Нубик</w:t>
            </w:r>
          </w:p>
        </w:tc>
        <w:tc>
          <w:tcPr>
            <w:tcW w:type="dxa" w:w="793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Герой, за которого играет ребёнок: ← → поворот, ↑ бег, пробел прыжок. Цвета и шапку можно выбрать в «🧑 Аватар».</w:t>
            </w:r>
          </w:p>
        </w:tc>
      </w:tr>
    </w:tbl>
    <w:p>
      <w:pPr>
        <w:spacing w:after="40"/>
      </w:pPr>
    </w:p>
    <w:p>
      <w:pPr>
        <w:pStyle w:val="Heading2"/>
      </w:pPr>
      <w:r>
        <w:t>Путь от блоков к коду</w:t>
      </w:r>
    </w:p>
    <w:p>
      <w:r>
        <w:rPr>
          <w:b w:val="0"/>
          <w:i w:val="0"/>
        </w:rPr>
        <w:t>Каждая миссия состоит из 4 частей. Подписи блоков постепенно меняются: ребёнок сначала понимает идею, потом привыкает к английским командам Lua, а в конце пишет код сам — как в окне Script в Roblox Studio.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907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Часть</w:t>
            </w:r>
          </w:p>
        </w:tc>
        <w:tc>
          <w:tcPr>
            <w:tcW w:type="dxa" w:w="249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Подписи блоков</w:t>
            </w:r>
          </w:p>
        </w:tc>
        <w:tc>
          <w:tcPr>
            <w:tcW w:type="dxa" w:w="6236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Пример</w:t>
            </w:r>
          </w:p>
        </w:tc>
      </w:tr>
      <w:tr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1</w:t>
            </w:r>
          </w:p>
        </w:tc>
        <w:tc>
          <w:tcPr>
            <w:tcW w:type="dxa" w:w="2494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русские слова</w:t>
            </w:r>
          </w:p>
        </w:tc>
        <w:tc>
          <w:tcPr>
            <w:tcW w:type="dxa" w:w="6236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«лететь вперёд», «поставить блок»</w:t>
            </w:r>
          </w:p>
        </w:tc>
      </w:tr>
      <w:tr>
        <w:tc>
          <w:tcPr>
            <w:tcW w:type="dxa" w:w="90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2</w:t>
            </w:r>
          </w:p>
        </w:tc>
        <w:tc>
          <w:tcPr>
            <w:tcW w:type="dxa" w:w="249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Lua + русский</w:t>
            </w:r>
          </w:p>
        </w:tc>
        <w:tc>
          <w:tcPr>
            <w:tcW w:type="dxa" w:w="6236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forward() лететь вперёд · place("Wood") поставить блок</w:t>
            </w:r>
          </w:p>
        </w:tc>
      </w:tr>
      <w:tr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3</w:t>
            </w:r>
          </w:p>
        </w:tc>
        <w:tc>
          <w:tcPr>
            <w:tcW w:type="dxa" w:w="2494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только Lua</w:t>
            </w:r>
          </w:p>
        </w:tc>
        <w:tc>
          <w:tcPr>
            <w:tcW w:type="dxa" w:w="6236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forward() · place("Wood") · for i = 1, 6 do … end</w:t>
            </w:r>
          </w:p>
        </w:tc>
      </w:tr>
      <w:tr>
        <w:tc>
          <w:tcPr>
            <w:tcW w:type="dxa" w:w="90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4</w:t>
            </w:r>
          </w:p>
        </w:tc>
        <w:tc>
          <w:tcPr>
            <w:tcW w:type="dxa" w:w="249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код текстом + студия</w:t>
            </w:r>
          </w:p>
        </w:tc>
        <w:tc>
          <w:tcPr>
            <w:tcW w:type="dxa" w:w="6236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пишем код руками, потом красим, добавляем эффекты и свет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3487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k-obby2-mix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48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6B7280"/>
          <w:sz w:val="19"/>
        </w:rPr>
        <w:t>Часть 2: блоки подписаны на Lua и по-русски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34875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k-obby4-tex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48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6B7280"/>
          <w:sz w:val="19"/>
        </w:rPr>
        <w:t>Часть 4: код текстом. Ошибки Билди объясняет по-русски с номером строки</w:t>
      </w:r>
    </w:p>
    <w:p>
      <w:pPr>
        <w:pStyle w:val="Heading2"/>
      </w:pPr>
      <w:r>
        <w:t>Шпаргалка: команды Lua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608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Lua</w:t>
            </w:r>
          </w:p>
        </w:tc>
        <w:tc>
          <w:tcPr>
            <w:tcW w:type="dxa" w:w="2381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По-русски</w:t>
            </w:r>
          </w:p>
        </w:tc>
        <w:tc>
          <w:tcPr>
            <w:tcW w:type="dxa" w:w="4649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Что делает Билди</w:t>
            </w:r>
          </w:p>
        </w:tc>
      </w:tr>
      <w:tr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forward()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лететь вперёд</w:t>
            </w:r>
          </w:p>
        </w:tc>
        <w:tc>
          <w:tcPr>
            <w:tcW w:type="dxa" w:w="4649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перелетает на одну клетку вперёд</w:t>
            </w:r>
          </w:p>
        </w:tc>
      </w:tr>
      <w:tr>
        <w:tc>
          <w:tcPr>
            <w:tcW w:type="dxa" w:w="2608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turnLeft() / turnRight()</w:t>
            </w:r>
          </w:p>
        </w:tc>
        <w:tc>
          <w:tcPr>
            <w:tcW w:type="dxa" w:w="238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повернуть налево / направо</w:t>
            </w:r>
          </w:p>
        </w:tc>
        <w:tc>
          <w:tcPr>
            <w:tcW w:type="dxa" w:w="4649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поворачивается на месте</w:t>
            </w:r>
          </w:p>
        </w:tc>
      </w:tr>
      <w:tr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up() / down()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вверх / вниз</w:t>
            </w:r>
          </w:p>
        </w:tc>
        <w:tc>
          <w:tcPr>
            <w:tcW w:type="dxa" w:w="4649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поднимается или опускается на один блок</w:t>
            </w:r>
          </w:p>
        </w:tc>
      </w:tr>
      <w:tr>
        <w:tc>
          <w:tcPr>
            <w:tcW w:type="dxa" w:w="2608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place("Wood")</w:t>
            </w:r>
          </w:p>
        </w:tc>
        <w:tc>
          <w:tcPr>
            <w:tcW w:type="dxa" w:w="238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поставить блок</w:t>
            </w:r>
          </w:p>
        </w:tc>
        <w:tc>
          <w:tcPr>
            <w:tcW w:type="dxa" w:w="4649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ставит блок под собой; материал в кавычках: Wood, Red, Blue, Green, Yellow, Stone, Glass, Lava, Jump, Checkpoint, Coin</w:t>
            </w:r>
          </w:p>
        </w:tc>
      </w:tr>
      <w:tr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for i = 1, 5 do … end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повторить 5 раз</w:t>
            </w:r>
          </w:p>
        </w:tc>
        <w:tc>
          <w:tcPr>
            <w:tcW w:type="dxa" w:w="4649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цикл: команды между do и end повторяются</w:t>
            </w:r>
          </w:p>
        </w:tc>
      </w:tr>
      <w:tr>
        <w:tc>
          <w:tcPr>
            <w:tcW w:type="dxa" w:w="2608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function stairs() … end</w:t>
            </w:r>
          </w:p>
        </w:tc>
        <w:tc>
          <w:tcPr>
            <w:tcW w:type="dxa" w:w="238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функция «ступенька»</w:t>
            </w:r>
          </w:p>
        </w:tc>
        <w:tc>
          <w:tcPr>
            <w:tcW w:type="dxa" w:w="4649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своя команда; вызов — stairs()</w:t>
            </w:r>
          </w:p>
        </w:tc>
      </w:tr>
      <w:tr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-- текст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комментарий</w:t>
            </w:r>
          </w:p>
        </w:tc>
        <w:tc>
          <w:tcPr>
            <w:tcW w:type="dxa" w:w="4649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Билди не читает эту строку</w:t>
            </w:r>
          </w:p>
        </w:tc>
      </w:tr>
    </w:tbl>
    <w:p>
      <w:pPr>
        <w:spacing w:after="40"/>
      </w:pPr>
    </w:p>
    <w:p>
      <w:pPr>
        <w:pStyle w:val="Heading2"/>
      </w:pPr>
      <w:r>
        <w:t>Инструменты студии (часть 4)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928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Инструмент</w:t>
            </w:r>
          </w:p>
        </w:tc>
        <w:tc>
          <w:tcPr>
            <w:tcW w:type="dxa" w:w="4309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Что делает</w:t>
            </w:r>
          </w:p>
        </w:tc>
        <w:tc>
          <w:tcPr>
            <w:tcW w:type="dxa" w:w="3402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В Roblox Studio</w:t>
            </w:r>
          </w:p>
        </w:tc>
      </w:tr>
      <w:tr>
        <w:tc>
          <w:tcPr>
            <w:tcW w:type="dxa" w:w="1928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➕ ставить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клик по грани блока — новый блок</w:t>
            </w:r>
          </w:p>
        </w:tc>
        <w:tc>
          <w:tcPr>
            <w:tcW w:type="dxa" w:w="3402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Home → Part</w:t>
            </w:r>
          </w:p>
        </w:tc>
      </w:tr>
      <w:tr>
        <w:tc>
          <w:tcPr>
            <w:tcW w:type="dxa" w:w="1928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🎨 красить</w:t>
            </w:r>
          </w:p>
        </w:tc>
        <w:tc>
          <w:tcPr>
            <w:tcW w:type="dxa" w:w="4309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клик по блоку — новый цвет или материал</w:t>
            </w:r>
          </w:p>
        </w:tc>
        <w:tc>
          <w:tcPr>
            <w:tcW w:type="dxa" w:w="340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Properties → BrickColor, Material</w:t>
            </w:r>
          </w:p>
        </w:tc>
      </w:tr>
      <w:tr>
        <w:tc>
          <w:tcPr>
            <w:tcW w:type="dxa" w:w="1928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✨ эффект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огонь, искры или свет на блоке</w:t>
            </w:r>
          </w:p>
        </w:tc>
        <w:tc>
          <w:tcPr>
            <w:tcW w:type="dxa" w:w="3402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Fire, Sparkles, PointLight</w:t>
            </w:r>
          </w:p>
        </w:tc>
      </w:tr>
      <w:tr>
        <w:tc>
          <w:tcPr>
            <w:tcW w:type="dxa" w:w="1928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🗑️ убрать</w:t>
            </w:r>
          </w:p>
        </w:tc>
        <w:tc>
          <w:tcPr>
            <w:tcW w:type="dxa" w:w="4309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удалить поставленный блок (правая кнопка мыши — тоже)</w:t>
            </w:r>
          </w:p>
        </w:tc>
        <w:tc>
          <w:tcPr>
            <w:tcW w:type="dxa" w:w="340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Delete</w:t>
            </w:r>
          </w:p>
        </w:tc>
      </w:tr>
      <w:tr>
        <w:tc>
          <w:tcPr>
            <w:tcW w:type="dxa" w:w="1928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☀️ освещение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день, закат, ночь, неон</w:t>
            </w:r>
          </w:p>
        </w:tc>
        <w:tc>
          <w:tcPr>
            <w:tcW w:type="dxa" w:w="3402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Lighting → ClockTime</w:t>
            </w:r>
          </w:p>
        </w:tc>
      </w:tr>
      <w:tr>
        <w:tc>
          <w:tcPr>
            <w:tcW w:type="dxa" w:w="1928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🎮 Играть</w:t>
            </w:r>
          </w:p>
        </w:tc>
        <w:tc>
          <w:tcPr>
            <w:tcW w:type="dxa" w:w="4309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проверить игру</w:t>
            </w:r>
          </w:p>
        </w:tc>
        <w:tc>
          <w:tcPr>
            <w:tcW w:type="dxa" w:w="340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Play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34875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k-obby4-studio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48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6B7280"/>
          <w:sz w:val="19"/>
        </w:rPr>
        <w:t>Часть 4: ночное освещение, эффекты и чек-лист «код · покраска · эффект · свет»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r>
              <w:rPr>
                <w:b/>
                <w:i w:val="0"/>
                <w:color w:val="5A3D22"/>
                <w:sz w:val="23"/>
              </w:rPr>
              <w:t>🎯 Геймдизайн за 1 минуту (повторять в каждой миссии)</w:t>
            </w:r>
          </w:p>
          <w:p>
            <w:pPr>
              <w:spacing w:after="40"/>
            </w:pPr>
            <w:r>
              <w:rPr>
                <w:b/>
                <w:i w:val="0"/>
                <w:sz w:val="21"/>
              </w:rPr>
              <w:t>Цель</w:t>
            </w:r>
            <w:r>
              <w:rPr>
                <w:b w:val="0"/>
                <w:i w:val="0"/>
                <w:sz w:val="21"/>
              </w:rPr>
              <w:t xml:space="preserve"> — куда бежать (флаг 🏁). </w:t>
            </w:r>
            <w:r>
              <w:rPr>
                <w:b/>
                <w:i w:val="0"/>
                <w:sz w:val="21"/>
              </w:rPr>
              <w:t>Препятствие</w:t>
            </w:r>
            <w:r>
              <w:rPr>
                <w:b w:val="0"/>
                <w:i w:val="0"/>
                <w:sz w:val="21"/>
              </w:rPr>
              <w:t xml:space="preserve"> — что мешает (пропасть, лава, таймер). </w:t>
            </w:r>
            <w:r>
              <w:rPr>
                <w:b/>
                <w:i w:val="0"/>
                <w:sz w:val="21"/>
              </w:rPr>
              <w:t>Награда</w:t>
            </w:r>
            <w:r>
              <w:rPr>
                <w:b w:val="0"/>
                <w:i w:val="0"/>
                <w:sz w:val="21"/>
              </w:rPr>
              <w:t xml:space="preserve"> — что получаешь (монеты, звёзды). </w:t>
            </w:r>
            <w:r>
              <w:rPr>
                <w:b/>
                <w:i w:val="0"/>
                <w:sz w:val="21"/>
              </w:rPr>
              <w:t>Обратная связь</w:t>
            </w:r>
            <w:r>
              <w:rPr>
                <w:b w:val="0"/>
                <w:i w:val="0"/>
                <w:sz w:val="21"/>
              </w:rPr>
              <w:t xml:space="preserve"> — как игра отвечает (звук, вспышка, надпись).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Главный вопрос геймдизайнера: «Не слишком легко? Не слишком трудно?» — поэтому каждую постройку сразу проверяем кнопкой «Играть».</w:t>
            </w:r>
          </w:p>
        </w:tc>
      </w:tr>
    </w:tbl>
    <w:p>
      <w:pPr>
        <w:spacing w:after="40"/>
      </w:pPr>
    </w:p>
    <w:p>
      <w:pPr>
        <w:pStyle w:val="Heading2"/>
      </w:pPr>
      <w:r>
        <w:t>Структура миссии (45–60 минут)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020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Минуты</w:t>
            </w:r>
          </w:p>
        </w:tc>
        <w:tc>
          <w:tcPr>
            <w:tcW w:type="dxa" w:w="1361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Часть</w:t>
            </w:r>
          </w:p>
        </w:tc>
        <w:tc>
          <w:tcPr>
            <w:tcW w:type="dxa" w:w="7257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Что происходит</w:t>
            </w:r>
          </w:p>
        </w:tc>
      </w:tr>
      <w:tr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0–3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Вход</w:t>
            </w:r>
          </w:p>
        </w:tc>
        <w:tc>
          <w:tcPr>
            <w:tcW w:type="dxa" w:w="725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Показать режим (видео или скриншот популярной игры Роблокса), история Билди.</w:t>
            </w:r>
          </w:p>
        </w:tc>
      </w:tr>
      <w:tr>
        <w:tc>
          <w:tcPr>
            <w:tcW w:type="dxa" w:w="1020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3–12</w:t>
            </w:r>
          </w:p>
        </w:tc>
        <w:tc>
          <w:tcPr>
            <w:tcW w:type="dxa" w:w="136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Часть 1</w:t>
            </w:r>
          </w:p>
        </w:tc>
        <w:tc>
          <w:tcPr>
            <w:tcW w:type="dxa" w:w="725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 с русскими словами. Педагог показывает на проекторе, дети повторяют.</w:t>
            </w:r>
          </w:p>
        </w:tc>
      </w:tr>
      <w:tr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12–25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Часть 2</w:t>
            </w:r>
          </w:p>
        </w:tc>
        <w:tc>
          <w:tcPr>
            <w:tcW w:type="dxa" w:w="725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 Lua + русский. Карточка «Код на Lua».</w:t>
            </w:r>
          </w:p>
        </w:tc>
      </w:tr>
      <w:tr>
        <w:tc>
          <w:tcPr>
            <w:tcW w:type="dxa" w:w="1020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25–40</w:t>
            </w:r>
          </w:p>
        </w:tc>
        <w:tc>
          <w:tcPr>
            <w:tcW w:type="dxa" w:w="136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Часть 3</w:t>
            </w:r>
          </w:p>
        </w:tc>
        <w:tc>
          <w:tcPr>
            <w:tcW w:type="dxa" w:w="725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Только Lua. Карточка «Как в Roblox Studio».</w:t>
            </w:r>
          </w:p>
        </w:tc>
      </w:tr>
      <w:tr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40–55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Часть 4</w:t>
            </w:r>
          </w:p>
        </w:tc>
        <w:tc>
          <w:tcPr>
            <w:tcW w:type="dxa" w:w="725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Пишем код руками, красим, эффекты, свет — и играем. Звёзды: финиш ⭐, код + покраска ⭐, эффект + свет ⭐.</w:t>
            </w:r>
          </w:p>
        </w:tc>
      </w:tr>
      <w:tr>
        <w:tc>
          <w:tcPr>
            <w:tcW w:type="dxa" w:w="1020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55–60</w:t>
            </w:r>
          </w:p>
        </w:tc>
        <w:tc>
          <w:tcPr>
            <w:tcW w:type="dxa" w:w="136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Итоги</w:t>
            </w:r>
          </w:p>
        </w:tc>
        <w:tc>
          <w:tcPr>
            <w:tcW w:type="dxa" w:w="725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Обменяться компьютерами и пройти игры друг друга. Что было самым сложным?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🏃 Миссия «Обби-паркур»</w:t>
      </w:r>
    </w:p>
    <w:p>
      <w:r>
        <w:rPr>
          <w:b w:val="0"/>
          <w:i/>
        </w:rPr>
        <w:t>Самый популярный режим Роблокса: паркур по платформам с ловушками и чекпоинтами (Tower of Hell, Mega Easy Obby и сотни других).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k-obby1-ru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6B7280"/>
          <w:sz w:val="19"/>
        </w:rPr>
        <w:t>Миссия «Обби-паркур»</w:t>
      </w:r>
    </w:p>
    <w:p>
      <w:pPr>
        <w:pStyle w:val="Heading2"/>
      </w:pPr>
      <w:r>
        <w:t>Часть 1. Платформы  (0–12 мин · русские слова)</w:t>
      </w:r>
    </w:p>
    <w:p>
      <w:r>
        <w:rPr>
          <w:b w:val="0"/>
          <w:i w:val="0"/>
        </w:rPr>
        <w:t>Мастер-класс «Обби»! Обби — самый популярный режим: паркур по платформам. Начнём с разноцветных платформ!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Задание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«повторить» 5 { «поставить блок» «лететь вперёд» «лететь вперёд» } — цвет выбери любой!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Как играть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Прыгай по платформам до флага!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🎮 В Roblox Studio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Каждая платформа в Roblox Studio — это Part. Его ставят кнопкой Home → Part.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Подсказка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Платформа, пустая клетка, платформа… Повторяем.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Решение на Lua</w:t>
      </w:r>
      <w:r>
        <w:rPr>
          <w:b w:val="0"/>
          <w:i w:val="0"/>
        </w:rPr>
        <w:t xml:space="preserve"> (лучше всего — за 4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for i = 1, 5 do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place("Red")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forward()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forward()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end</w:t>
            </w:r>
          </w:p>
        </w:tc>
      </w:tr>
    </w:tbl>
    <w:p>
      <w:pPr>
        <w:spacing w:after="40"/>
      </w:pPr>
    </w:p>
    <w:p>
      <w:pPr>
        <w:pStyle w:val="Heading2"/>
      </w:pPr>
      <w:r>
        <w:t>Часть 2. Лава и чекпоинт  (12–25 мин · Lua + русский)</w:t>
      </w:r>
    </w:p>
    <w:p>
      <w:r>
        <w:rPr>
          <w:b w:val="0"/>
          <w:i w:val="0"/>
        </w:rPr>
        <w:t>Добавим ловушки-лаву и чекпоинт посередине, как в настоящем обби.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Задание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«повторить» 2 { «поставить блок» «лететь вперёд» «поставить блок» 🔥 «лететь вперёд» }, «поставить блок» 🚩, «лететь вперёд», «повторить» 2 { … }, «поставить блок».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Как играть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Перепрыгивай лаву! Чекпоинт сохранит прогресс.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🎮 В Roblox Studio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Кирпич-ловушку делают красным Part со Script «если коснулся — проиграл». Чекпоинт — это SpawnLocation.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Подсказка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Дерево-лава два раза, чекпоинт, ещё два раза дерево-лава и последний блок.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Решение на Lua</w:t>
      </w:r>
      <w:r>
        <w:rPr>
          <w:b w:val="0"/>
          <w:i w:val="0"/>
        </w:rPr>
        <w:t xml:space="preserve"> (лучше всего — за 13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for i = 1, 2 do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place("Wood")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forward()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place("Lava")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forward()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end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place("Checkpoint")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forward()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for i = 1, 2 do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place("Wood")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forward()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place("Lava")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forward()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end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place("Wood")</w:t>
            </w:r>
          </w:p>
        </w:tc>
      </w:tr>
    </w:tbl>
    <w:p>
      <w:pPr>
        <w:spacing w:after="40"/>
      </w:pPr>
    </w:p>
    <w:p>
      <w:pPr>
        <w:pStyle w:val="Heading2"/>
      </w:pPr>
      <w:r>
        <w:t>Часть 3. Финальная башня  (25–40 мин · только Lua)</w:t>
      </w:r>
    </w:p>
    <w:p>
      <w:r>
        <w:rPr>
          <w:b w:val="0"/>
          <w:i w:val="0"/>
        </w:rPr>
        <w:t>Финал обби: прыжки и батут на высокую башню с финишем!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Задание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«повторить» 2 { «поставить блок» «лететь вперёд» «лететь вперёд» }, «поставить блок» 🟢.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Как играть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Пройди обби до вершины!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🎮 В Roblox Studio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Батут в Roblox Studio — Part, который в Script подбрасывает игрока вверх.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Подсказка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Две платформы с дырками, потом батут.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Решение на Lua</w:t>
      </w:r>
      <w:r>
        <w:rPr>
          <w:b w:val="0"/>
          <w:i w:val="0"/>
        </w:rPr>
        <w:t xml:space="preserve"> (лучше всего — за 5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for i = 1, 2 do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place("Wood")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forward()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forward()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end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place("Jump")</w:t>
            </w:r>
          </w:p>
        </w:tc>
      </w:tr>
    </w:tbl>
    <w:p>
      <w:pPr>
        <w:spacing w:after="40"/>
      </w:pPr>
    </w:p>
    <w:p>
      <w:pPr>
        <w:pStyle w:val="Heading2"/>
      </w:pPr>
      <w:r>
        <w:t>Часть 4. Свой код и стиль  (40–55 мин · код текстом)</w:t>
      </w:r>
    </w:p>
    <w:p>
      <w:r>
        <w:rPr>
          <w:b w:val="0"/>
          <w:i w:val="0"/>
        </w:rPr>
        <w:t>Финал миссии! Пишем код руками, как в Roblox Studio: поставь монетки над платформами. Потом мышкой покрась блоки, добавь эффекты и выбери освещение.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Задание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Напиши: for i = 1, 2 do / place("Coin") / forward() / forward() / end. Потом 🖱️: 🎨 покрась 3 блока, ✨ добавь эффект, 🌙 выбери свет.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Как играть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Сыграй в свою игру! Всё ли работает? Красиво?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🎮 В Roblox Studio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 Roblox Studio монеты — это Part с эффектом Sparkles, а их сбор пишут в Script на Lua.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Подсказка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Пиши по одной команде на строке. Кликни по команде слева — она вставится в код. Потом включи «🖱️ Мышкой» и укрась уровень.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Пример кода</w:t>
      </w:r>
      <w:r>
        <w:rPr>
          <w:b w:val="0"/>
          <w:i w:val="0"/>
        </w:rPr>
        <w:t xml:space="preserve"> (лучше всего — за 4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for i = 1, 2 do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place("Coin")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forward()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forward()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end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🗼 Миссия «Башня»</w:t>
      </w:r>
    </w:p>
    <w:p>
      <w:r>
        <w:rPr>
          <w:b w:val="0"/>
          <w:i/>
        </w:rPr>
        <w:t>Подъём на вершину башни, где каждый пролёт сложнее предыдущего (в духе Tower of Hell).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lay-tower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6B7280"/>
          <w:sz w:val="19"/>
        </w:rPr>
        <w:t>Миссия «Башня»</w:t>
      </w:r>
    </w:p>
    <w:p>
      <w:pPr>
        <w:pStyle w:val="Heading2"/>
      </w:pPr>
      <w:r>
        <w:t>Часть 1. Первый пролёт  (0–12 мин · русские слова)</w:t>
      </w:r>
    </w:p>
    <w:p>
      <w:r>
        <w:rPr>
          <w:b w:val="0"/>
          <w:i w:val="0"/>
        </w:rPr>
        <w:t>Мастер-класс «Башня»! Как в «Башне ада»: строим лестницу в небо, а потом на неё взбираемся.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Задание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«повторить» 5 { «поставить блок» «лететь вперёд» «вверх» }, «поставить блок» «лететь вперёд» «поставить блок».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Как играть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Взбирайся на площадку с финишем!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🎮 В Roblox Studio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Лестница в Roblox Studio — это много Part один над другим. Чтобы они не упали, ставят Anchored.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Подсказка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Лестница из 5 ступенек и площадка наверху.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Решение на Lua</w:t>
      </w:r>
      <w:r>
        <w:rPr>
          <w:b w:val="0"/>
          <w:i w:val="0"/>
        </w:rPr>
        <w:t xml:space="preserve"> (лучше всего — за 7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for i = 1, 5 do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place("Blue")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forward()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up()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end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place("Blue")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forward()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place("Blue")</w:t>
            </w:r>
          </w:p>
        </w:tc>
      </w:tr>
    </w:tbl>
    <w:p>
      <w:pPr>
        <w:spacing w:after="40"/>
      </w:pPr>
    </w:p>
    <w:p>
      <w:pPr>
        <w:pStyle w:val="Heading2"/>
      </w:pPr>
      <w:r>
        <w:t>Часть 2. Спираль над лавой  (12–25 мин · Lua + русский)</w:t>
      </w:r>
    </w:p>
    <w:p>
      <w:r>
        <w:rPr>
          <w:b w:val="0"/>
          <w:i w:val="0"/>
        </w:rPr>
        <w:t>В середине башни — лава! Строим спираль вокруг неё.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Задание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«повторить» 3 { «повторить» 4 { «поставить блок» «лететь вперёд» «вверх» }, «повернуть направо» }.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Как играть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Не упади в лаву! Наверх!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🎮 В Roblox Studio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Спираль строят копированием (Ctrl+D) и поворотом Part — или скриптом с циклом for, как ты!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Подсказка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Сторона — 4 ступеньки и поворот. Сторон 3.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Решение на Lua</w:t>
      </w:r>
      <w:r>
        <w:rPr>
          <w:b w:val="0"/>
          <w:i w:val="0"/>
        </w:rPr>
        <w:t xml:space="preserve"> (лучше всего — за 6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for i = 1, 3 do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for i = 1, 4 do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place("Red")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forward()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up()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end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turnRight()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end</w:t>
            </w:r>
          </w:p>
        </w:tc>
      </w:tr>
    </w:tbl>
    <w:p>
      <w:pPr>
        <w:spacing w:after="40"/>
      </w:pPr>
    </w:p>
    <w:p>
      <w:pPr>
        <w:pStyle w:val="Heading2"/>
      </w:pPr>
      <w:r>
        <w:t>Часть 3. Вершина с батутом  (25–40 мин · только Lua)</w:t>
      </w:r>
    </w:p>
    <w:p>
      <w:r>
        <w:rPr>
          <w:b w:val="0"/>
          <w:i w:val="0"/>
        </w:rPr>
        <w:t>Финал башни: облачный остров в небе! Два пролёта лестницы — и батут.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Задание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 «функция»: «повторить» 3 { «поставить блок» «лететь вперёд» «вверх» }. Программа: «функция» «повернуть направо» «функция» «поставить блок» 🟢.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Как играть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Батут закинет тебя на облачный остров!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🎮 В Roblox Studio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Функция в Lua: function flight() … end — так же, как здесь.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Подсказка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Пролёт — это 3 ступеньки. Пролёт, поворот, пролёт, батут.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Решение на Lua</w:t>
      </w:r>
      <w:r>
        <w:rPr>
          <w:b w:val="0"/>
          <w:i w:val="0"/>
        </w:rPr>
        <w:t xml:space="preserve"> (лучше всего — за 8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function flight()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for i = 1, 3 do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place("Blue")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forward()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up()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end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end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flight()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turnRight()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flight()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place("Jump")</w:t>
            </w:r>
          </w:p>
        </w:tc>
      </w:tr>
    </w:tbl>
    <w:p>
      <w:pPr>
        <w:spacing w:after="40"/>
      </w:pPr>
    </w:p>
    <w:p>
      <w:pPr>
        <w:pStyle w:val="Heading2"/>
      </w:pPr>
      <w:r>
        <w:t>Часть 4. Свой код и стиль  (40–55 мин · код текстом)</w:t>
      </w:r>
    </w:p>
    <w:p>
      <w:r>
        <w:rPr>
          <w:b w:val="0"/>
          <w:i w:val="0"/>
        </w:rPr>
        <w:t>Финал миссии: на облачном острове построим кодом сверкающую башенку-маяк. Потом укрась всю башню!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Задание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Напиши: for i = 1, 3 do / place("Glass") / up() / end. Потом 🖱️: покрась ступеньки, добавь 💡 свет на вершину.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Как играть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Сыграй в свою игру! Всё ли работает? Красиво?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🎮 В Roblox Studio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 Roblox Studio светящиеся блоки — это Material = Neon, а свет — объект PointLight.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Подсказка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Пиши по одной команде на строке. Кликни по команде слева — она вставится в код. Потом включи «🖱️ Мышкой» и укрась уровень.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Пример кода</w:t>
      </w:r>
      <w:r>
        <w:rPr>
          <w:b w:val="0"/>
          <w:i w:val="0"/>
        </w:rPr>
        <w:t xml:space="preserve"> (лучше всего — за 3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for i = 1, 3 do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place("Glass")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up()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end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🌋 Миссия «Лава поднимается»</w:t>
      </w:r>
    </w:p>
    <w:p>
      <w:r>
        <w:rPr>
          <w:b w:val="0"/>
          <w:i/>
        </w:rPr>
        <w:t>Режим выживания: лава заливает карту, игроки строят убежище и держатся до конца таймера (как The Floor is Lava, Natural Disaster Survival).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lay-lava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6B7280"/>
          <w:sz w:val="19"/>
        </w:rPr>
        <w:t>Миссия «Лава поднимается»</w:t>
      </w:r>
    </w:p>
    <w:p>
      <w:pPr>
        <w:pStyle w:val="Heading2"/>
      </w:pPr>
      <w:r>
        <w:t>Часть 1. Убежище  (0–12 мин · русские слова)</w:t>
      </w:r>
    </w:p>
    <w:p>
      <w:r>
        <w:rPr>
          <w:b w:val="0"/>
          <w:i w:val="0"/>
        </w:rPr>
        <w:t>Мастер-класс «Лава поднимается»! Сначала строим убежище, потом выживаем.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Задание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«повторить» 6 { «поставить блок» «лететь вперёд» «вверх» }.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Как играть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Лава! Наверх и продержись 30 секунд!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Режим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лава поднимается, выжить 30 с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🎮 В Roblox Studio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Режим «лава поднимается» популярен в Роблоксе. Лава — это Part, который поднимает Script.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Подсказка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Лава поднимется почти на 5 блоков. Лестница выше!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Решение на Lua</w:t>
      </w:r>
      <w:r>
        <w:rPr>
          <w:b w:val="0"/>
          <w:i w:val="0"/>
        </w:rPr>
        <w:t xml:space="preserve"> (лучше всего — за 4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for i = 1, 6 do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place("Stone")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forward()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up()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end</w:t>
            </w:r>
          </w:p>
        </w:tc>
      </w:tr>
    </w:tbl>
    <w:p>
      <w:pPr>
        <w:spacing w:after="40"/>
      </w:pPr>
    </w:p>
    <w:p>
      <w:pPr>
        <w:pStyle w:val="Heading2"/>
      </w:pPr>
      <w:r>
        <w:t>Часть 2. Монеты над лавой  (12–25 мин · Lua + русский)</w:t>
      </w:r>
    </w:p>
    <w:p>
      <w:r>
        <w:rPr>
          <w:b w:val="0"/>
          <w:i w:val="0"/>
        </w:rPr>
        <w:t>Над каждой ступенькой — монета. Собери все, пока лава не догнала!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Задание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«повторить» 6 { «поставить блок» «вверх» «поставить блок» 🪙 «лететь вперёд» }.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Как играть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Собери все монеты и выживи!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Режим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лава поднимается, выжить 32 с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🎮 В Roblox Studio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Монеты — Part с эффектом Sparkles. Сбор монет считают в leaderstats.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Подсказка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Ступенька, монетка над ней, и вперёд — на следующую.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Решение на Lua</w:t>
      </w:r>
      <w:r>
        <w:rPr>
          <w:b w:val="0"/>
          <w:i w:val="0"/>
        </w:rPr>
        <w:t xml:space="preserve"> (лучше всего — за 5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for i = 1, 6 do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place("Stone")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up()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place("Coin")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forward()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end</w:t>
            </w:r>
          </w:p>
        </w:tc>
      </w:tr>
    </w:tbl>
    <w:p>
      <w:pPr>
        <w:spacing w:after="40"/>
      </w:pPr>
    </w:p>
    <w:p>
      <w:pPr>
        <w:pStyle w:val="Heading2"/>
      </w:pPr>
      <w:r>
        <w:t>Часть 3. Большой потоп  (25–40 мин · только Lua)</w:t>
      </w:r>
    </w:p>
    <w:p>
      <w:r>
        <w:rPr>
          <w:b w:val="0"/>
          <w:i w:val="0"/>
        </w:rPr>
        <w:t>Потоп побольше: лава поднимется почти на 7 блоков! Нужна башня-спираль.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Задание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«повторить» 2 { «повторить» 4 { «поставить блок» «лететь вперёд» «вверх» }, «повернуть направо» }, «поставить блок».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Как играть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Самый большой потоп! Держись 40 секунд!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Режим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лава поднимается, выжить 40 с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🎮 В Roblox Studio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Чем выше поднимается лава — тем выше должно быть убежище: так геймдизайнер настраивает сложность.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Подсказка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Две стороны по 4 ступеньки с поворотом и площадка наверху.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Решение на Lua</w:t>
      </w:r>
      <w:r>
        <w:rPr>
          <w:b w:val="0"/>
          <w:i w:val="0"/>
        </w:rPr>
        <w:t xml:space="preserve"> (лучше всего — за 7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for i = 1, 2 do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for i = 1, 4 do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place("Stone")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forward()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up()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end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turnRight()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end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place("Stone")</w:t>
            </w:r>
          </w:p>
        </w:tc>
      </w:tr>
    </w:tbl>
    <w:p>
      <w:pPr>
        <w:spacing w:after="40"/>
      </w:pPr>
    </w:p>
    <w:p>
      <w:pPr>
        <w:pStyle w:val="Heading2"/>
      </w:pPr>
      <w:r>
        <w:t>Часть 4. Свой код и стиль  (40–55 мин · код текстом)</w:t>
      </w:r>
    </w:p>
    <w:p>
      <w:r>
        <w:rPr>
          <w:b w:val="0"/>
          <w:i w:val="0"/>
        </w:rPr>
        <w:t>Финал миссии: построй кодом смотровую вышку рядом с убежищем, укрась остров и выживи в потопе!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Задание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Напиши: for i = 1, 5 do / place("Red") / up() / end. Потом 🖱️: 🔥 огонь на вершину вышки, закатный свет.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Как играть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Сыграй в свою игру! Всё ли работает? Красиво?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Режим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лава поднимается, выжить 40 с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🎮 В Roblox Studio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 Roblox Studio поднимающуюся лаву делают Part-ом, который двигает Script — как здесь.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Подсказка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Пиши по одной команде на строке. Кликни по команде слева — она вставится в код. Потом включи «🖱️ Мышкой» и укрась уровень.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Пример кода</w:t>
      </w:r>
      <w:r>
        <w:rPr>
          <w:b w:val="0"/>
          <w:i w:val="0"/>
        </w:rPr>
        <w:t xml:space="preserve"> (лучше всего — за 3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for i = 1, 5 do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place("Red")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up()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end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⏱️ Миссия «Скоростной забег»</w:t>
      </w:r>
    </w:p>
    <w:p>
      <w:r>
        <w:rPr>
          <w:b w:val="0"/>
          <w:i/>
        </w:rPr>
        <w:t>Забег на время (Speed Run): длинная трасса, батуты, рекорды.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k-race2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6B7280"/>
          <w:sz w:val="19"/>
        </w:rPr>
        <w:t>Миссия «Скоростной забег»</w:t>
      </w:r>
    </w:p>
    <w:p>
      <w:pPr>
        <w:pStyle w:val="Heading2"/>
      </w:pPr>
      <w:r>
        <w:t>Часть 1. Трасса  (0–12 мин · русские слова)</w:t>
      </w:r>
    </w:p>
    <w:p>
      <w:r>
        <w:rPr>
          <w:b w:val="0"/>
          <w:i w:val="0"/>
        </w:rPr>
        <w:t>Мастер-класс «Скоростной забег»! Строим трассу и бежим на время.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Задание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«повторить» 12 { «поставить блок» «лететь вперёд» }.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Как играть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12 секунд! На старт, внимание, марш!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Режим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успеть за 12 с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🎮 В Roblox Studio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Трассу в Roblox Studio строят из Part, а таймер показывают на экране через ScreenGui.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Подсказка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Трасса длиной 12 блоков — цикл!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Решение на Lua</w:t>
      </w:r>
      <w:r>
        <w:rPr>
          <w:b w:val="0"/>
          <w:i w:val="0"/>
        </w:rPr>
        <w:t xml:space="preserve"> (лучше всего — за 3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for i = 1, 12 do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place("Yellow")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forward()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end</w:t>
            </w:r>
          </w:p>
        </w:tc>
      </w:tr>
    </w:tbl>
    <w:p>
      <w:pPr>
        <w:spacing w:after="40"/>
      </w:pPr>
    </w:p>
    <w:p>
      <w:pPr>
        <w:pStyle w:val="Heading2"/>
      </w:pPr>
      <w:r>
        <w:t>Часть 2. Батуты  (12–25 мин · Lua + русский)</w:t>
      </w:r>
    </w:p>
    <w:p>
      <w:r>
        <w:rPr>
          <w:b w:val="0"/>
          <w:i w:val="0"/>
        </w:rPr>
        <w:t>Трасса с двумя батутами на всё более высокие скалы!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Задание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«поставить блок» «лететь вперёд» «поставить блок» «лететь вперёд» «поставить блок» 🟢, «вверх» «вверх», «повторить» 4 { «лететь вперёд» }, «поставить блок» «лететь вперёд» «поставить блок» «лететь вперёд» «поставить блок» 🟢.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Как играть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Батут — скала — батут — финиш! 16 секунд!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Режим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успеть за 16 с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🎮 В Roblox Studio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Батуты меняют скорость игрока: в Script меняют Velocity.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Подсказка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Мост и батут, потом Билди поднимается на скалу и строит второй мост с батутом.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Решение на Lua</w:t>
      </w:r>
      <w:r>
        <w:rPr>
          <w:b w:val="0"/>
          <w:i w:val="0"/>
        </w:rPr>
        <w:t xml:space="preserve"> (лучше всего — за 14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place("Yellow")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forward()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place("Yellow")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forward()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place("Jump")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up()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up()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for i = 1, 4 do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forward()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end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place("Yellow")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forward()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place("Yellow")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forward()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place("Jump")</w:t>
            </w:r>
          </w:p>
        </w:tc>
      </w:tr>
    </w:tbl>
    <w:p>
      <w:pPr>
        <w:spacing w:after="40"/>
      </w:pPr>
    </w:p>
    <w:p>
      <w:pPr>
        <w:pStyle w:val="Heading2"/>
      </w:pPr>
      <w:r>
        <w:t>Часть 3. На рекорд  (25–40 мин · только Lua)</w:t>
      </w:r>
    </w:p>
    <w:p>
      <w:r>
        <w:rPr>
          <w:b w:val="0"/>
          <w:i w:val="0"/>
        </w:rPr>
        <w:t>Трасса-зигзаг из одинаковых отрезков. Функция «отрезок» — 4 блока.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Задание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 «функция»: «повторить» 4 { «поставить блок» «лететь вперёд» }. Программа: «функция» «повернуть направо» «функция» «повернуть налево» «функция».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Как играть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10 секунд на зигзаг! Поворачивай быстро!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Режим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успеть за 10 с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🎮 В Roblox Studio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Функции помогают строить трассы быстро: один отрезок — много раз.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Подсказка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Отрезок, направо, отрезок, налево, отрезок.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Решение на Lua</w:t>
      </w:r>
      <w:r>
        <w:rPr>
          <w:b w:val="0"/>
          <w:i w:val="0"/>
        </w:rPr>
        <w:t xml:space="preserve"> (лучше всего — за 8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function segment()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for i = 1, 4 do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place("Yellow")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forward()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end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end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segment()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turnRight()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segment()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turnLeft()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segment()</w:t>
            </w:r>
          </w:p>
        </w:tc>
      </w:tr>
    </w:tbl>
    <w:p>
      <w:pPr>
        <w:spacing w:after="40"/>
      </w:pPr>
    </w:p>
    <w:p>
      <w:pPr>
        <w:pStyle w:val="Heading2"/>
      </w:pPr>
      <w:r>
        <w:t>Часть 4. Свой код и стиль  (40–55 мин · код текстом)</w:t>
      </w:r>
    </w:p>
    <w:p>
      <w:r>
        <w:rPr>
          <w:b w:val="0"/>
          <w:i w:val="0"/>
        </w:rPr>
        <w:t>Финал миссии: монеты над трассой — бонус для гонщиков! Пиши код, укрась трассу и беги на рекорд.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Задание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Напиши: for i = 1, 4 do / place("Coin") / forward() / end. Потом 🖱️: покрась повороты в красный, добавь ✨ искры.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Как играть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Сыграй в свою игру! Всё ли работает? Красиво?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Режим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успеть за 10 с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🎮 В Roblox Studio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 Roblox Studio таймер гонки показывают через ScreenGui, а время считает Script.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Подсказка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Пиши по одной команде на строке. Кликни по команде слева — она вставится в код. Потом включи «🖱️ Мышкой» и укрась уровень.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Пример кода</w:t>
      </w:r>
      <w:r>
        <w:rPr>
          <w:b w:val="0"/>
          <w:i w:val="0"/>
        </w:rPr>
        <w:t xml:space="preserve"> (лучше всего — за 3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for i = 1, 4 do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place("Coin")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forward()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end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🚁 Миссия «Побег из тюрьмы»</w:t>
      </w:r>
    </w:p>
    <w:p>
      <w:r>
        <w:rPr>
          <w:b w:val="0"/>
          <w:i/>
        </w:rPr>
        <w:t>Побег (как Escape the Prison Obby, Jailbreak): лестница из камеры, ров с лавой, вертолёт на крыше.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k-escape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6B7280"/>
          <w:sz w:val="19"/>
        </w:rPr>
        <w:t>Миссия «Побег из тюрьмы»</w:t>
      </w:r>
    </w:p>
    <w:p>
      <w:pPr>
        <w:pStyle w:val="Heading2"/>
      </w:pPr>
      <w:r>
        <w:t>Часть 1. Из камеры  (0–12 мин · русские слова)</w:t>
      </w:r>
    </w:p>
    <w:p>
      <w:r>
        <w:rPr>
          <w:b w:val="0"/>
          <w:i w:val="0"/>
        </w:rPr>
        <w:t>Мастер-класс «Побег из тюрьмы»! Нубика заперли в камере с высокими стенами. Билди построит лестницу на стену!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Задание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«повторить» 3 { «поставить блок» «лететь вперёд» «вверх» }.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Как играть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Забирайся по лестнице на стену и прыгай на свободу — к флагу!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🎮 В Roblox Studio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Стены камеры — Part из материала Brick или Concrete.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Подсказка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Лестница внутри камеры: три ступеньки до верха стены.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Решение на Lua</w:t>
      </w:r>
      <w:r>
        <w:rPr>
          <w:b w:val="0"/>
          <w:i w:val="0"/>
        </w:rPr>
        <w:t xml:space="preserve"> (лучше всего — за 4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for i = 1, 3 do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place("Wood")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forward()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up()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end</w:t>
            </w:r>
          </w:p>
        </w:tc>
      </w:tr>
    </w:tbl>
    <w:p>
      <w:pPr>
        <w:spacing w:after="40"/>
      </w:pPr>
    </w:p>
    <w:p>
      <w:pPr>
        <w:pStyle w:val="Heading2"/>
      </w:pPr>
      <w:r>
        <w:t>Часть 2. Ров с лавой  (12–25 мин · Lua + русский)</w:t>
      </w:r>
    </w:p>
    <w:p>
      <w:r>
        <w:rPr>
          <w:b w:val="0"/>
          <w:i w:val="0"/>
        </w:rPr>
        <w:t>Вокруг тюрьмы — ров с лавой. Мост над лавой — на высоте одного блока.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Задание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«повторить» 6 { «поставить блок» «лететь вперёд» }.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Как играть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Беги по мосту над лавой! Не оступись!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🎮 В Roblox Studio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Лаву в рву делают Part с Material = Neon и оранжевым цветом.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Подсказка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Мост длиной 6 — над всей лавой.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Решение на Lua</w:t>
      </w:r>
      <w:r>
        <w:rPr>
          <w:b w:val="0"/>
          <w:i w:val="0"/>
        </w:rPr>
        <w:t xml:space="preserve"> (лучше всего — за 3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for i = 1, 6 do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place("Wood")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forward()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end</w:t>
            </w:r>
          </w:p>
        </w:tc>
      </w:tr>
    </w:tbl>
    <w:p>
      <w:pPr>
        <w:spacing w:after="40"/>
      </w:pPr>
    </w:p>
    <w:p>
      <w:pPr>
        <w:pStyle w:val="Heading2"/>
      </w:pPr>
      <w:r>
        <w:t>Часть 3. Вертолёт!  (25–40 мин · только Lua)</w:t>
      </w:r>
    </w:p>
    <w:p>
      <w:r>
        <w:rPr>
          <w:b w:val="0"/>
          <w:i w:val="0"/>
        </w:rPr>
        <w:t>Финал побега! Вертолёт ждёт на площадке высоко в небе. Строим два пролёта лестницы.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Задание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 «функция»: «повторить» 4 { «поставить блок» «лететь вперёд» «вверх» }. Программа: «функция» «повернуть направо» «функция».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Как играть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Беги наверх — к вертолёту!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🎮 В Roblox Studio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Вертолёт в Roblox Studio — это модель (Model) из многих Part.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Подсказка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Пролёт — 4 ступеньки. Пролёт, поворот, пролёт.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Решение на Lua</w:t>
      </w:r>
      <w:r>
        <w:rPr>
          <w:b w:val="0"/>
          <w:i w:val="0"/>
        </w:rPr>
        <w:t xml:space="preserve"> (лучше всего — за 7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function flight()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for i = 1, 4 do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place("Wood")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forward()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up()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end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end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flight()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turnRight()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flight()</w:t>
            </w:r>
          </w:p>
        </w:tc>
      </w:tr>
    </w:tbl>
    <w:p>
      <w:pPr>
        <w:spacing w:after="40"/>
      </w:pPr>
    </w:p>
    <w:p>
      <w:pPr>
        <w:pStyle w:val="Heading2"/>
      </w:pPr>
      <w:r>
        <w:t>Часть 4. Свой код и стиль  (40–55 мин · код текстом)</w:t>
      </w:r>
    </w:p>
    <w:p>
      <w:r>
        <w:rPr>
          <w:b w:val="0"/>
          <w:i w:val="0"/>
        </w:rPr>
        <w:t>Финал миссии: ночной побег! Поставь кодом фонарный столб у старта, укрась всё и улетай на вертолёте.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Задание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Напиши: for i = 1, 3 do / place("Yellow") / up() / end. Потом 🖱️: 💡 свет на столб, ночное освещение.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Как играть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Сыграй в свою игру! Всё ли работает? Красиво?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🎮 В Roblox Studio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 Roblox Studio ночь включают в Lighting → ClockTime, а фонари — это PointLight.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Подсказка</w:t>
            </w:r>
          </w:p>
        </w:tc>
        <w:tc>
          <w:tcPr>
            <w:tcW w:type="dxa" w:w="759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Пиши по одной команде на строке. Кликни по команде слева — она вставится в код. Потом включи «🖱️ Мышкой» и укрась уровень.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Пример кода</w:t>
      </w:r>
      <w:r>
        <w:rPr>
          <w:b w:val="0"/>
          <w:i w:val="0"/>
        </w:rPr>
        <w:t xml:space="preserve"> (лучше всего — за 3 блоков):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for i = 1, 3 do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place("Yellow")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up()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end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Приключение «Остров Обби» (20 уровней)</w:t>
      </w:r>
    </w:p>
    <w:p>
      <w:r>
        <w:rPr>
          <w:b w:val="0"/>
          <w:i w:val="0"/>
        </w:rPr>
        <w:t>Для регулярных занятий есть приключение из 20 уровней: от первого моста до спиральной башни и своего обби. Подписи блоков меняются так же: уровни 1–7 — русские слова, 8–13 — Lua + русский, 14–17 — только Lua, 18–20 — код текстом.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67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9"/>
              </w:rPr>
              <w:t>№</w:t>
            </w:r>
          </w:p>
        </w:tc>
        <w:tc>
          <w:tcPr>
            <w:tcW w:type="dxa" w:w="3969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9"/>
              </w:rPr>
              <w:t>Уровень</w:t>
            </w:r>
          </w:p>
        </w:tc>
        <w:tc>
          <w:tcPr>
            <w:tcW w:type="dxa" w:w="2551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9"/>
              </w:rPr>
              <w:t>Подписи</w:t>
            </w:r>
          </w:p>
        </w:tc>
        <w:tc>
          <w:tcPr>
            <w:tcW w:type="dxa" w:w="2551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9"/>
              </w:rPr>
              <w:t>Лучшее решение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Мост к флагу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русские слова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5 бл.</w:t>
            </w:r>
          </w:p>
        </w:tc>
      </w:tr>
      <w:tr>
        <w:tc>
          <w:tcPr>
            <w:tcW w:type="dxa" w:w="56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3969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Мост с поворотом</w:t>
            </w:r>
          </w:p>
        </w:tc>
        <w:tc>
          <w:tcPr>
            <w:tcW w:type="dxa" w:w="255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русские слова</w:t>
            </w:r>
          </w:p>
        </w:tc>
        <w:tc>
          <w:tcPr>
            <w:tcW w:type="dxa" w:w="255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8 бл.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Ступенька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русские слова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6 бл.</w:t>
            </w:r>
          </w:p>
        </w:tc>
      </w:tr>
      <w:tr>
        <w:tc>
          <w:tcPr>
            <w:tcW w:type="dxa" w:w="56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3969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Длинный мост</w:t>
            </w:r>
          </w:p>
        </w:tc>
        <w:tc>
          <w:tcPr>
            <w:tcW w:type="dxa" w:w="255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русские слова</w:t>
            </w:r>
          </w:p>
        </w:tc>
        <w:tc>
          <w:tcPr>
            <w:tcW w:type="dxa" w:w="255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3 бл.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5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Лестница в небо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русские слова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4 бл.</w:t>
            </w:r>
          </w:p>
        </w:tc>
      </w:tr>
      <w:tr>
        <w:tc>
          <w:tcPr>
            <w:tcW w:type="dxa" w:w="56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6</w:t>
            </w:r>
          </w:p>
        </w:tc>
        <w:tc>
          <w:tcPr>
            <w:tcW w:type="dxa" w:w="3969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Прыжки через пропасть</w:t>
            </w:r>
          </w:p>
        </w:tc>
        <w:tc>
          <w:tcPr>
            <w:tcW w:type="dxa" w:w="255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русские слова</w:t>
            </w:r>
          </w:p>
        </w:tc>
        <w:tc>
          <w:tcPr>
            <w:tcW w:type="dxa" w:w="255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4 бл.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7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Батут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русские слова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5 бл.</w:t>
            </w:r>
          </w:p>
        </w:tc>
      </w:tr>
      <w:tr>
        <w:tc>
          <w:tcPr>
            <w:tcW w:type="dxa" w:w="56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8</w:t>
            </w:r>
          </w:p>
        </w:tc>
        <w:tc>
          <w:tcPr>
            <w:tcW w:type="dxa" w:w="3969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Монетки</w:t>
            </w:r>
          </w:p>
        </w:tc>
        <w:tc>
          <w:tcPr>
            <w:tcW w:type="dxa" w:w="255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Lua + русский</w:t>
            </w:r>
          </w:p>
        </w:tc>
        <w:tc>
          <w:tcPr>
            <w:tcW w:type="dxa" w:w="255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6 бл.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9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Лава-кирпичи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Lua + русский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5 бл.</w:t>
            </w:r>
          </w:p>
        </w:tc>
      </w:tr>
      <w:tr>
        <w:tc>
          <w:tcPr>
            <w:tcW w:type="dxa" w:w="56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10</w:t>
            </w:r>
          </w:p>
        </w:tc>
        <w:tc>
          <w:tcPr>
            <w:tcW w:type="dxa" w:w="3969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Чекпоинт</w:t>
            </w:r>
          </w:p>
        </w:tc>
        <w:tc>
          <w:tcPr>
            <w:tcW w:type="dxa" w:w="255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Lua + русский</w:t>
            </w:r>
          </w:p>
        </w:tc>
        <w:tc>
          <w:tcPr>
            <w:tcW w:type="dxa" w:w="255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12 бл.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11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Двойной поворот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Lua + русский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5 бл.</w:t>
            </w:r>
          </w:p>
        </w:tc>
      </w:tr>
      <w:tr>
        <w:tc>
          <w:tcPr>
            <w:tcW w:type="dxa" w:w="56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12</w:t>
            </w:r>
          </w:p>
        </w:tc>
        <w:tc>
          <w:tcPr>
            <w:tcW w:type="dxa" w:w="3969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Функция «ступенька»</w:t>
            </w:r>
          </w:p>
        </w:tc>
        <w:tc>
          <w:tcPr>
            <w:tcW w:type="dxa" w:w="255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Lua + русский</w:t>
            </w:r>
          </w:p>
        </w:tc>
        <w:tc>
          <w:tcPr>
            <w:tcW w:type="dxa" w:w="255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5 бл.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13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Спиральная башня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Lua + русский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6 бл.</w:t>
            </w:r>
          </w:p>
        </w:tc>
      </w:tr>
      <w:tr>
        <w:tc>
          <w:tcPr>
            <w:tcW w:type="dxa" w:w="56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14</w:t>
            </w:r>
          </w:p>
        </w:tc>
        <w:tc>
          <w:tcPr>
            <w:tcW w:type="dxa" w:w="3969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Лава поднимается!</w:t>
            </w:r>
          </w:p>
        </w:tc>
        <w:tc>
          <w:tcPr>
            <w:tcW w:type="dxa" w:w="255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только Lua</w:t>
            </w:r>
          </w:p>
        </w:tc>
        <w:tc>
          <w:tcPr>
            <w:tcW w:type="dxa" w:w="255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4 бл.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15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Скоростной забег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только Lua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4 бл.</w:t>
            </w:r>
          </w:p>
        </w:tc>
      </w:tr>
      <w:tr>
        <w:tc>
          <w:tcPr>
            <w:tcW w:type="dxa" w:w="56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16</w:t>
            </w:r>
          </w:p>
        </w:tc>
        <w:tc>
          <w:tcPr>
            <w:tcW w:type="dxa" w:w="3969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Мост мышкой</w:t>
            </w:r>
          </w:p>
        </w:tc>
        <w:tc>
          <w:tcPr>
            <w:tcW w:type="dxa" w:w="255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только Lua</w:t>
            </w:r>
          </w:p>
        </w:tc>
        <w:tc>
          <w:tcPr>
            <w:tcW w:type="dxa" w:w="255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3 бл.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17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Функция «монетка»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только Lua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7 бл.</w:t>
            </w:r>
          </w:p>
        </w:tc>
      </w:tr>
      <w:tr>
        <w:tc>
          <w:tcPr>
            <w:tcW w:type="dxa" w:w="56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18</w:t>
            </w:r>
          </w:p>
        </w:tc>
        <w:tc>
          <w:tcPr>
            <w:tcW w:type="dxa" w:w="3969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Арка над лавой</w:t>
            </w:r>
          </w:p>
        </w:tc>
        <w:tc>
          <w:tcPr>
            <w:tcW w:type="dxa" w:w="255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код текстом</w:t>
            </w:r>
          </w:p>
        </w:tc>
        <w:tc>
          <w:tcPr>
            <w:tcW w:type="dxa" w:w="255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8 бл.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19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Обби-комбо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код текстом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6 бл.</w:t>
            </w:r>
          </w:p>
        </w:tc>
      </w:tr>
      <w:tr>
        <w:tc>
          <w:tcPr>
            <w:tcW w:type="dxa" w:w="56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20</w:t>
            </w:r>
          </w:p>
        </w:tc>
        <w:tc>
          <w:tcPr>
            <w:tcW w:type="dxa" w:w="3969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Свой обби</w:t>
            </w:r>
          </w:p>
        </w:tc>
        <w:tc>
          <w:tcPr>
            <w:tcW w:type="dxa" w:w="255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код текстом</w:t>
            </w:r>
          </w:p>
        </w:tc>
        <w:tc>
          <w:tcPr>
            <w:tcW w:type="dxa" w:w="255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7 бл.</w:t>
            </w:r>
          </w:p>
        </w:tc>
      </w:tr>
    </w:tbl>
    <w:p>
      <w:pPr>
        <w:spacing w:after="40"/>
      </w:pPr>
    </w:p>
    <w:p>
      <w:pPr>
        <w:pStyle w:val="Heading1"/>
      </w:pPr>
      <w:r>
        <w:t>Переход в настоящую Roblox Studio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402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В Рублоксе 3D</w:t>
            </w:r>
          </w:p>
        </w:tc>
        <w:tc>
          <w:tcPr>
            <w:tcW w:type="dxa" w:w="6236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В Roblox Studio</w:t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</w:t>
            </w:r>
          </w:p>
        </w:tc>
        <w:tc>
          <w:tcPr>
            <w:tcW w:type="dxa" w:w="6236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Part (Home → Part)</w:t>
            </w:r>
          </w:p>
        </w:tc>
      </w:tr>
      <w:tr>
        <w:tc>
          <w:tcPr>
            <w:tcW w:type="dxa" w:w="340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материал и цвет</w:t>
            </w:r>
          </w:p>
        </w:tc>
        <w:tc>
          <w:tcPr>
            <w:tcW w:type="dxa" w:w="6236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Properties → Material, BrickColor</w:t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лава-ловушка</w:t>
            </w:r>
          </w:p>
        </w:tc>
        <w:tc>
          <w:tcPr>
            <w:tcW w:type="dxa" w:w="6236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красный Part + Script «если коснулся — проиграл»</w:t>
            </w:r>
          </w:p>
        </w:tc>
      </w:tr>
      <w:tr>
        <w:tc>
          <w:tcPr>
            <w:tcW w:type="dxa" w:w="340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чекпоинт</w:t>
            </w:r>
          </w:p>
        </w:tc>
        <w:tc>
          <w:tcPr>
            <w:tcW w:type="dxa" w:w="6236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SpawnLocation</w:t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батут</w:t>
            </w:r>
          </w:p>
        </w:tc>
        <w:tc>
          <w:tcPr>
            <w:tcW w:type="dxa" w:w="6236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Part, который в Script подбрасывает игрока</w:t>
            </w:r>
          </w:p>
        </w:tc>
      </w:tr>
      <w:tr>
        <w:tc>
          <w:tcPr>
            <w:tcW w:type="dxa" w:w="340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монета</w:t>
            </w:r>
          </w:p>
        </w:tc>
        <w:tc>
          <w:tcPr>
            <w:tcW w:type="dxa" w:w="6236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Part с Sparkles, сбор — в leaderstats</w:t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эффекты</w:t>
            </w:r>
          </w:p>
        </w:tc>
        <w:tc>
          <w:tcPr>
            <w:tcW w:type="dxa" w:w="6236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Fire, Sparkles, ParticleEmitter, PointLight</w:t>
            </w:r>
          </w:p>
        </w:tc>
      </w:tr>
      <w:tr>
        <w:tc>
          <w:tcPr>
            <w:tcW w:type="dxa" w:w="340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освещение</w:t>
            </w:r>
          </w:p>
        </w:tc>
        <w:tc>
          <w:tcPr>
            <w:tcW w:type="dxa" w:w="6236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Lighting → ClockTime</w:t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программа Билди</w:t>
            </w:r>
          </w:p>
        </w:tc>
        <w:tc>
          <w:tcPr>
            <w:tcW w:type="dxa" w:w="6236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Script на Lua (Luau)</w:t>
            </w:r>
          </w:p>
        </w:tc>
      </w:tr>
      <w:tr>
        <w:tc>
          <w:tcPr>
            <w:tcW w:type="dxa" w:w="3402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🎮 Играть</w:t>
            </w:r>
          </w:p>
        </w:tc>
        <w:tc>
          <w:tcPr>
            <w:tcW w:type="dxa" w:w="6236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кнопка Play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8F7EF"/>
          </w:tcPr>
          <w:p>
            <w:r>
              <w:rPr>
                <w:b/>
                <w:i w:val="0"/>
                <w:color w:val="5A3D22"/>
                <w:sz w:val="23"/>
              </w:rPr>
              <w:t>🚀 Первое занятие в Roblox Studio (30 минут)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1. Новый проект «Obby» → Home → Part: 5 платформ, Properties → Anchored = вкл.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2. Покрасить (BrickColor), одну платформу сделать красной «лавой».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3. Добавить SpawnLocation в начало и флаг-финиш в конце.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4. Play — пройти обби. Поменяться с соседом.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5. Бонус: Script в красной платформе — Touched → игрок проигрывает.</w:t>
            </w:r>
          </w:p>
        </w:tc>
      </w:tr>
    </w:tbl>
    <w:p>
      <w:pPr>
        <w:spacing w:after="40"/>
      </w:pPr>
    </w:p>
    <w:p>
      <w:pPr>
        <w:pStyle w:val="Heading2"/>
      </w:pPr>
      <w:r>
        <w:t>Частые трудности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061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Что видим</w:t>
            </w:r>
          </w:p>
        </w:tc>
        <w:tc>
          <w:tcPr>
            <w:tcW w:type="dxa" w:w="6576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Что делать</w:t>
            </w:r>
          </w:p>
        </w:tc>
      </w:tr>
      <w:tr>
        <w:tc>
          <w:tcPr>
            <w:tcW w:type="dxa" w:w="306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«Билди врезался… / уже есть блок»</w:t>
            </w:r>
          </w:p>
        </w:tc>
        <w:tc>
          <w:tcPr>
            <w:tcW w:type="dxa" w:w="6576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Нельзя ставить блок туда, где уже есть блок острова. Посмотрите на чертёж — призрачные блоки.</w:t>
            </w:r>
          </w:p>
        </w:tc>
      </w:tr>
      <w:tr>
        <w:tc>
          <w:tcPr>
            <w:tcW w:type="dxa" w:w="306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«Не хватает N блоков по чертежу»</w:t>
            </w:r>
          </w:p>
        </w:tc>
        <w:tc>
          <w:tcPr>
            <w:tcW w:type="dxa" w:w="6576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Посчитайте призрачные блоки и сравните с программой. Цвет чертежа подсказывает материал.</w:t>
            </w:r>
          </w:p>
        </w:tc>
      </w:tr>
      <w:tr>
        <w:tc>
          <w:tcPr>
            <w:tcW w:type="dxa" w:w="306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Нубик не допрыгивает</w:t>
            </w:r>
          </w:p>
        </w:tc>
        <w:tc>
          <w:tcPr>
            <w:tcW w:type="dxa" w:w="6576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Разбежаться перед прыжком; на батуте держать ↑, чтобы долететь до скалы.</w:t>
            </w:r>
          </w:p>
        </w:tc>
      </w:tr>
      <w:tr>
        <w:tc>
          <w:tcPr>
            <w:tcW w:type="dxa" w:w="306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Ошибка в строке N (код текстом)</w:t>
            </w:r>
          </w:p>
        </w:tc>
        <w:tc>
          <w:tcPr>
            <w:tcW w:type="dxa" w:w="6576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Читать подсказку Билди: часто это большая буква (Forward вместо forward), пропущенные скобки или end.</w:t>
            </w:r>
          </w:p>
        </w:tc>
      </w:tr>
      <w:tr>
        <w:tc>
          <w:tcPr>
            <w:tcW w:type="dxa" w:w="306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Лава догоняет</w:t>
            </w:r>
          </w:p>
        </w:tc>
        <w:tc>
          <w:tcPr>
            <w:tcW w:type="dxa" w:w="6576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Строить убежище выше: лава поднимается почти до верха; бежать наверх сразу.</w:t>
            </w:r>
          </w:p>
        </w:tc>
      </w:tr>
    </w:tbl>
    <w:p>
      <w:pPr>
        <w:spacing w:after="40"/>
      </w:pP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D32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5A3D22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2E7D3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