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6B7280"/>
          <w:sz w:val="26"/>
        </w:rPr>
        <w:t>Тинкерленд Стив 3D · курс для педагога</w:t>
      </w:r>
    </w:p>
    <w:p>
      <w:pPr>
        <w:spacing w:after="80"/>
      </w:pPr>
      <w:r>
        <w:rPr>
          <w:b/>
          <w:i w:val="0"/>
          <w:color w:val="2E7D32"/>
          <w:sz w:val="44"/>
        </w:rPr>
        <w:t>Приключение 1 «Кубоостров»: 30 уровней программирования блоками</w:t>
      </w:r>
    </w:p>
    <w:p>
      <w:pPr>
        <w:spacing w:after="240"/>
      </w:pPr>
      <w:r>
        <w:rPr>
          <w:b w:val="0"/>
          <w:i w:val="0"/>
          <w:color w:val="5A3D22"/>
          <w:sz w:val="26"/>
        </w:rPr>
        <w:t>Возраст 6–10 лет · 6 занятий по 90 минут (или 12 по 45) · без подготовки детей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01-stev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Уровень 1: Кубот открыл дверь — теперь ребёнок ведёт Стива стрелками к карте</w:t>
      </w:r>
    </w:p>
    <w:p>
      <w:pPr>
        <w:pStyle w:val="Heading2"/>
      </w:pPr>
      <w:r>
        <w:t>О чём курс</w:t>
      </w:r>
    </w:p>
    <w:p>
      <w:r>
        <w:rPr>
          <w:b w:val="0"/>
          <w:i w:val="0"/>
        </w:rPr>
        <w:t xml:space="preserve">По мотивам «Minecraft Hero’s Journey» на code.org: на каждом уровне ребёнок сначала </w:t>
      </w:r>
      <w:r>
        <w:rPr>
          <w:b/>
          <w:i w:val="0"/>
        </w:rPr>
        <w:t>собирает программу для робота Кубота</w:t>
      </w:r>
      <w:r>
        <w:rPr>
          <w:b w:val="0"/>
          <w:i w:val="0"/>
        </w:rPr>
        <w:t xml:space="preserve"> и нажимает ▶. Кубот открывает дорогу — встаёт на плиту, добывает деревья, строит мост, закрывает лаву. Потом ребёнок </w:t>
      </w:r>
      <w:r>
        <w:rPr>
          <w:b/>
          <w:i w:val="0"/>
        </w:rPr>
        <w:t>сам ведёт Стива стрелками</w:t>
      </w:r>
      <w:r>
        <w:rPr>
          <w:b w:val="0"/>
          <w:i w:val="0"/>
        </w:rPr>
        <w:t xml:space="preserve"> к призу. Так программирование чередуется с игрой, и дети видят результат своей программы.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Персонаж</w:t>
            </w:r>
          </w:p>
        </w:tc>
        <w:tc>
          <w:tcPr>
            <w:tcW w:type="dxa" w:w="2948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Кто это</w:t>
            </w:r>
          </w:p>
        </w:tc>
        <w:tc>
          <w:tcPr>
            <w:tcW w:type="dxa" w:w="5216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🧑 Стив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путешественник, выброшенный штормом на Кубоостров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Им управляет ребёнок стрелками ← ↑ → ↓ (или кнопками на экране) после программы Кубота.</w:t>
            </w:r>
          </w:p>
        </w:tc>
      </w:tr>
      <w:tr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🤖 Кубот</w:t>
            </w:r>
          </w:p>
        </w:tc>
        <w:tc>
          <w:tcPr>
            <w:tcW w:type="dxa" w:w="2948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маленький робот</w:t>
            </w:r>
          </w:p>
        </w:tc>
        <w:tc>
          <w:tcPr>
            <w:tcW w:type="dxa" w:w="5216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Выполняет только блоки-команды. Ходит по клеткам, добывает, ставит блоки.</w:t>
            </w:r>
          </w:p>
        </w:tc>
      </w:tr>
      <w:tr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🟩 Бумс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добрый зелёный житель острова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Подсказчик: читает задания, объясняет теорию, даёт подсказки. С 18-го уровня — взрывает треснувшие камни блоком «взрыв».</w:t>
            </w:r>
          </w:p>
        </w:tc>
      </w:tr>
    </w:tbl>
    <w:p>
      <w:pPr>
        <w:spacing w:after="40"/>
      </w:pPr>
    </w:p>
    <w:p>
      <w:pPr>
        <w:pStyle w:val="Heading2"/>
      </w:pPr>
      <w:r>
        <w:t>Как устроен экран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Где</w:t>
            </w:r>
          </w:p>
        </w:tc>
        <w:tc>
          <w:tcPr>
            <w:tcW w:type="dxa" w:w="7597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Что там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Меню при входе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«🎓 Уроки» → приключения (сейчас открыто «Кубоостров», «Снежный пик» и «Небесные острова» — скоро) и «⭐ Мастер-классы». Кнопка «🏠 Меню» в шапке возвращает сюда.</w:t>
            </w:r>
          </w:p>
        </w:tc>
      </w:tr>
      <w:tr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Слева сверху</w:t>
            </w:r>
          </w:p>
        </w:tc>
        <w:tc>
          <w:tcPr>
            <w:tcW w:type="dxa" w:w="759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 xml:space="preserve">Бумс, история и </w:t>
            </w:r>
            <w:r>
              <w:rPr>
                <w:b/>
                <w:i w:val="0"/>
                <w:sz w:val="20"/>
              </w:rPr>
              <w:t>цель</w:t>
            </w:r>
            <w:r>
              <w:rPr>
                <w:b w:val="0"/>
                <w:i w:val="0"/>
                <w:sz w:val="20"/>
              </w:rPr>
              <w:t xml:space="preserve"> уровня (без готового ответа). Под спойлерами: «💡 Идея» — намёк и «🧩 Как собрать» — схема программы (сначала спросит «Точно показать?»). Плюс карточки теории.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Слева, сцена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Остров в 3D. В углу — цели: что должен сделать Кубот и какой приз у Стива. Тёмная сетка на земле — клетки, чтобы считать шаги (кнопка ▦).</w:t>
            </w:r>
          </w:p>
        </w:tc>
      </w:tr>
      <w:tr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Под сценой</w:t>
            </w:r>
          </w:p>
        </w:tc>
        <w:tc>
          <w:tcPr>
            <w:tcW w:type="dxa" w:w="759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▶ Запуск / ■ Стоп, ↺ — сначала (на уровнях с ловушками — новый вариант карты), скорость 🐢 / 🐇 / ⚡. Потом появляются стрелки для Стива.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Середина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этого уровня (только нужные!). Новые помечены «НОВЫЙ». Тащить в программу или просто кликнуть.</w:t>
            </w:r>
          </w:p>
        </w:tc>
      </w:tr>
      <w:tr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Справа</w:t>
            </w:r>
          </w:p>
        </w:tc>
        <w:tc>
          <w:tcPr>
            <w:tcW w:type="dxa" w:w="759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Программа: всё, что под «▶ когда запущено». Сверху — число блоков и «⭐ за N»: за самое короткое решение — 3 звезды.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8F7EF"/>
          </w:tcPr>
          <w:p>
            <w:r>
              <w:rPr>
                <w:b/>
                <w:i w:val="0"/>
                <w:color w:val="5A3D22"/>
                <w:sz w:val="23"/>
              </w:rPr>
              <w:t>⚙️ Настройки для педагога</w:t>
            </w:r>
          </w:p>
          <w:p>
            <w:pPr>
              <w:spacing w:after="40"/>
            </w:pPr>
            <w:r>
              <w:rPr>
                <w:b/>
                <w:i w:val="0"/>
                <w:sz w:val="21"/>
              </w:rPr>
              <w:t>Режим педагога</w:t>
            </w:r>
            <w:r>
              <w:rPr>
                <w:b w:val="0"/>
                <w:i w:val="0"/>
                <w:sz w:val="21"/>
              </w:rPr>
              <w:t xml:space="preserve"> (⚙️): все уровни открыты, появляется кнопка «🔑 Решение» — показать на проекторе готовую программу.</w:t>
            </w:r>
          </w:p>
          <w:p>
            <w:pPr>
              <w:spacing w:after="40"/>
            </w:pPr>
            <w:r>
              <w:rPr>
                <w:b/>
                <w:i w:val="0"/>
                <w:sz w:val="21"/>
              </w:rPr>
              <w:t>Вид блоков:</w:t>
            </w:r>
            <w:r>
              <w:rPr>
                <w:b w:val="0"/>
                <w:i w:val="0"/>
                <w:sz w:val="21"/>
              </w:rPr>
              <w:t xml:space="preserve"> для 6–7 лет — «👶 только символы» (⬆️ ↩️ ↪️ ⛏️ 🧱 🔁 ❓). Для тех, кто читает, — «символы и текст».</w:t>
            </w:r>
          </w:p>
          <w:p>
            <w:pPr>
              <w:spacing w:after="40"/>
            </w:pPr>
            <w:r>
              <w:rPr>
                <w:b/>
                <w:i w:val="0"/>
                <w:sz w:val="21"/>
              </w:rPr>
              <w:t>Бумс читает вслух</w:t>
            </w:r>
            <w:r>
              <w:rPr>
                <w:b w:val="0"/>
                <w:i w:val="0"/>
                <w:sz w:val="21"/>
              </w:rPr>
              <w:t xml:space="preserve"> — включите для детей, которые ещё не читают (нужны колонки или наушники).</w:t>
            </w:r>
          </w:p>
          <w:p>
            <w:pPr>
              <w:spacing w:after="40"/>
            </w:pPr>
            <w:r>
              <w:rPr>
                <w:b/>
                <w:i w:val="0"/>
                <w:sz w:val="21"/>
              </w:rPr>
              <w:t>Музыка</w:t>
            </w:r>
            <w:r>
              <w:rPr>
                <w:b w:val="0"/>
                <w:i w:val="0"/>
                <w:sz w:val="21"/>
              </w:rPr>
              <w:t xml:space="preserve"> — спокойное пианино, кнопка 🎵 в шапке. В классе на 15 компьютеров её лучше выключить.</w:t>
            </w:r>
          </w:p>
          <w:p>
            <w:pPr>
              <w:spacing w:after="40"/>
            </w:pPr>
            <w:r>
              <w:rPr>
                <w:b/>
                <w:i w:val="0"/>
                <w:sz w:val="21"/>
              </w:rPr>
              <w:t>Карточки теории</w:t>
            </w:r>
            <w:r>
              <w:rPr>
                <w:b w:val="0"/>
                <w:i w:val="0"/>
                <w:sz w:val="21"/>
              </w:rPr>
              <w:t xml:space="preserve"> показываются сами перед новой темой. Их всегда можно открыть кнопкой «📚 Теория».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nu-hom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Меню при входе: уроки-приключения и мастер-классы</w:t>
      </w:r>
    </w:p>
    <w:p>
      <w:pPr>
        <w:pStyle w:val="Heading2"/>
      </w:pPr>
      <w:r>
        <w:t>Карта курса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567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№</w:t>
            </w:r>
          </w:p>
        </w:tc>
        <w:tc>
          <w:tcPr>
            <w:tcW w:type="dxa" w:w="2381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Уровень</w:t>
            </w:r>
          </w:p>
        </w:tc>
        <w:tc>
          <w:tcPr>
            <w:tcW w:type="dxa" w:w="3742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Новое</w:t>
            </w:r>
          </w:p>
        </w:tc>
        <w:tc>
          <w:tcPr>
            <w:tcW w:type="dxa" w:w="737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⭐ за</w:t>
            </w:r>
          </w:p>
        </w:tc>
        <w:tc>
          <w:tcPr>
            <w:tcW w:type="dxa" w:w="2211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Приз Стива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Дверь заперта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Программа — это список команд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🗺️ карта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За углом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Повороты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🍎 яблоко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Дерево на пути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Добыть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🪓 топор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Два бревна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⛏️ кирка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Мостик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Поставить блок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🎣 удочка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Камни-ступеньки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🍞 хлеб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Арбузы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🧺 корзинка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8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Чертёж забора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Строим по чертежу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🧶 клубок шерсти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9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Длинный коридор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Цикл «повторить»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📦 сундук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10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Цикл с киркой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🔦 фонарик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11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Шахта Бумса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Бумс взрывает!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🪙 золотая монета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12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Мост через реку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🛶 лодка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13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Арбузная бахча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Повторяем узор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🎂 торт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14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Каменная лестница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🔭 подзорная труба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15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Забор для овечек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🐑 овечка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16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Алмазная жила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⛑️ шахтёрская каска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17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Лавовая пещера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Условие «если»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💎 алмаз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18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Ручейки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🐟 рыбка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19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Треснувшие завалы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🕯️ свеча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20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Тёмный лес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Если… иначе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🧭 компас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21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Тропинка-загадка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Повторять, пока не дойдёшь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🍄 волшебный гриб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22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Лава до самой плиты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⚗️ зелье огнестойкости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23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Лабиринт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🗝️ ключ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24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Лес и завалы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🏹 лук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25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Огород Бумса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Функция — своя команда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🎁 подарок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26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Взрывной тоннель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8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🧨 фейерверк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27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Осторожный шаг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🥾 сапоги-скороходы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28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Лава и деревья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🛡️ щит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29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Последний завал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221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🔮 кристалл портала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30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Портал домой</w:t>
            </w:r>
          </w:p>
        </w:tc>
        <w:tc>
          <w:tcPr>
            <w:tcW w:type="dxa" w:w="374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7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221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🌀 портал</w:t>
            </w:r>
          </w:p>
        </w:tc>
      </w:tr>
    </w:tbl>
    <w:p>
      <w:pPr>
        <w:spacing w:after="40"/>
      </w:pPr>
    </w:p>
    <w:p>
      <w:pPr>
        <w:pStyle w:val="Heading2"/>
      </w:pPr>
      <w:r>
        <w:t>Карточки теории (их показывает Бумс)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20000" cy="3262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heory-i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26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Карточка теории: объяснение, пример из блоков, «как в жизни» и совет Бумса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Тема</w:t>
            </w:r>
          </w:p>
        </w:tc>
        <w:tc>
          <w:tcPr>
            <w:tcW w:type="dxa" w:w="4649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Главная мысль</w:t>
            </w:r>
          </w:p>
        </w:tc>
        <w:tc>
          <w:tcPr>
            <w:tcW w:type="dxa" w:w="2948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Как в жизни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📜 Программа — это список команд</w:t>
            </w:r>
          </w:p>
        </w:tc>
        <w:tc>
          <w:tcPr>
            <w:tcW w:type="dxa" w:w="464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Кубот — робот. Он не думает сам: выполняет команды по очереди, сверху вниз, как ты читаешь книжку. Такой список команд называется программой, или алгоритмом.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Утро — тоже программа: проснуться → умыться → позавтракать. Перепутаешь порядок — получится ерунда!</w:t>
            </w:r>
          </w:p>
        </w:tc>
      </w:tr>
      <w:tr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🔄 Повороты</w:t>
            </w:r>
          </w:p>
        </w:tc>
        <w:tc>
          <w:tcPr>
            <w:tcW w:type="dxa" w:w="464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«Налево» и «направо» поворачивают Кубота на месте — шага он не делает! Лево и право считаем от лица Кубота: куда смотрит его лицо, там и «вперёд».</w:t>
            </w:r>
          </w:p>
        </w:tc>
        <w:tc>
          <w:tcPr>
            <w:tcW w:type="dxa" w:w="2948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Встань, сделай шаг и повернись направо. Ты на том же месте, но смотришь в другую сторону.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⛏️ Добыть</w:t>
            </w:r>
          </w:p>
        </w:tc>
        <w:tc>
          <w:tcPr>
            <w:tcW w:type="dxa" w:w="464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Кирка работает только с тем, что стоит прямо перед Куботом: дерево даёт бревно 🪵, арбуз — арбуз 🍉. Если впереди пусто — добывать нечего.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Чтобы сорвать яблоко, сначала надо подойти к яблоне.</w:t>
            </w:r>
          </w:p>
        </w:tc>
      </w:tr>
      <w:tr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🧱 Поставить блок</w:t>
            </w:r>
          </w:p>
        </w:tc>
        <w:tc>
          <w:tcPr>
            <w:tcW w:type="dxa" w:w="464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Кубот ставит блок в клетку перед собой. В воду — получится мостик, в лаву — камень, на грядку — росток 🌱. На траву — стена, осторожно!</w:t>
            </w:r>
          </w:p>
        </w:tc>
        <w:tc>
          <w:tcPr>
            <w:tcW w:type="dxa" w:w="2948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Строитель кладёт доску, встаёт на неё и кладёт следующую.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🔁 Цикл «повторить»</w:t>
            </w:r>
          </w:p>
        </w:tc>
        <w:tc>
          <w:tcPr>
            <w:tcW w:type="dxa" w:w="464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Если команды повторяются, не нужно собирать их много раз. Положи команду внутрь «повторить», а кнопками − и + выбери, сколько раз.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«Сделай 10 приседаний» — тренер не говорит «присядь» десять раз подряд!</w:t>
            </w:r>
          </w:p>
        </w:tc>
      </w:tr>
      <w:tr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🔂 Повторяем узор</w:t>
            </w:r>
          </w:p>
        </w:tc>
        <w:tc>
          <w:tcPr>
            <w:tcW w:type="dxa" w:w="464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Внутри цикла может быть несколько команд — даже повороты. Ищи узор: какой кусочек пути повторяется? Его и клади в цикл.</w:t>
            </w:r>
          </w:p>
        </w:tc>
        <w:tc>
          <w:tcPr>
            <w:tcW w:type="dxa" w:w="2948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Танец — это узор: шаг, шаг, поворот… и снова!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❓ Условие «если»</w:t>
            </w:r>
          </w:p>
        </w:tc>
        <w:tc>
          <w:tcPr>
            <w:tcW w:type="dxa" w:w="464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Кубот умеет смотреть на клетку перед собой. «Если впереди лава — поставь блок». Если лавы нет, команды внутри просто пропускаются.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Если идёт дождь — бери зонт. Нет дождя — зонт не нужен.</w:t>
            </w:r>
          </w:p>
        </w:tc>
      </w:tr>
      <w:tr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🔀 Если… иначе</w:t>
            </w:r>
          </w:p>
        </w:tc>
        <w:tc>
          <w:tcPr>
            <w:tcW w:type="dxa" w:w="464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Две дороги: если условие верно — делаем одно, иначе — другое. Одна из веток выполнится обязательно.</w:t>
            </w:r>
          </w:p>
        </w:tc>
        <w:tc>
          <w:tcPr>
            <w:tcW w:type="dxa" w:w="2948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Если светофор зелёный — идём, иначе — ждём.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🏁 Повторять, пока не дойдёшь</w:t>
            </w:r>
          </w:p>
        </w:tc>
        <w:tc>
          <w:tcPr>
            <w:tcW w:type="dxa" w:w="464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Иногда мы не знаем, сколько раз повторять. Тогда Кубот повторяет команды, пока не дойдёт до цели, и сам останавливается!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Ешь суп, пока тарелка не опустеет. Сколько ложек — неважно.</w:t>
            </w:r>
          </w:p>
        </w:tc>
      </w:tr>
      <w:tr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🟪 Функция — своя команда</w:t>
            </w:r>
          </w:p>
        </w:tc>
        <w:tc>
          <w:tcPr>
            <w:tcW w:type="dxa" w:w="464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Функция — новая команда, которую придумал ты. Один раз объясни Куботу, что она делает (собери в фиолетовом блоке), — и зови её одним блоком сколько угодно.</w:t>
            </w:r>
          </w:p>
        </w:tc>
        <w:tc>
          <w:tcPr>
            <w:tcW w:type="dxa" w:w="2948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«Почисти зубы» — это много шагов, но мама говорит одну фразу.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🔲 Строим по чертежу</w:t>
            </w:r>
          </w:p>
        </w:tc>
        <w:tc>
          <w:tcPr>
            <w:tcW w:type="dxa" w:w="464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Голубые призрачные блоки — это чертёж. Кубот ставит настоящий блок в клетку чертежа прямо перед собой. Когда все клетки чертежа заполнены — постройка готова!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Строители смотрят на план дома и кладут кирпичи туда, где они нарисованы.</w:t>
            </w:r>
          </w:p>
        </w:tc>
      </w:tr>
      <w:tr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💥 Бумс взрывает!</w:t>
            </w:r>
          </w:p>
        </w:tc>
        <w:tc>
          <w:tcPr>
            <w:tcW w:type="dxa" w:w="464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Блок «взрыв» зовёт Бумса. Он подходит к треснувшему камню 🪨 перед Куботом, шипит «ш-ш-ш»… и — БУМ! Камня больше нет. Целые стены Бумсу не по зубам.</w:t>
            </w:r>
          </w:p>
        </w:tc>
        <w:tc>
          <w:tcPr>
            <w:tcW w:type="dxa" w:w="2948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Горняки взрывают скалу, чтобы проложить тоннель. Но только там, где нужно!</w:t>
            </w:r>
          </w:p>
        </w:tc>
      </w:tr>
    </w:tbl>
    <w:p>
      <w:pPr>
        <w:spacing w:after="40"/>
      </w:pPr>
    </w:p>
    <w:p>
      <w:pPr>
        <w:pStyle w:val="Heading2"/>
      </w:pPr>
      <w:r>
        <w:t>Структура занятия (90 минут)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Время</w:t>
            </w:r>
          </w:p>
        </w:tc>
        <w:tc>
          <w:tcPr>
            <w:tcW w:type="dxa" w:w="2041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Этап</w:t>
            </w:r>
          </w:p>
        </w:tc>
        <w:tc>
          <w:tcPr>
            <w:tcW w:type="dxa" w:w="6576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Что происходит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0–10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Вход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История Бумса, карточка теории на проекторе (читаем вместе), игра без компьютера.</w:t>
            </w:r>
          </w:p>
        </w:tc>
      </w:tr>
      <w:tr>
        <w:tc>
          <w:tcPr>
            <w:tcW w:type="dxa" w:w="1020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10–35</w:t>
            </w:r>
          </w:p>
        </w:tc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Уровни 1–2 занятия</w:t>
            </w:r>
          </w:p>
        </w:tc>
        <w:tc>
          <w:tcPr>
            <w:tcW w:type="dxa" w:w="6576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Педагог показывает первый уровень на проекторе, дети повторяют. Второй — сами.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35–40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Физминутка «Кубот»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Педагог читает «программу»: шаг, шаг, налево… Дети выполняют. Ошибся — садишься.</w:t>
            </w:r>
          </w:p>
        </w:tc>
      </w:tr>
      <w:tr>
        <w:tc>
          <w:tcPr>
            <w:tcW w:type="dxa" w:w="1020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40–75</w:t>
            </w:r>
          </w:p>
        </w:tc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Уровни 3–4</w:t>
            </w:r>
          </w:p>
        </w:tc>
        <w:tc>
          <w:tcPr>
            <w:tcW w:type="dxa" w:w="6576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Сами, с подсказками Бумса. Педагог ходит по рядам: «Покажи, куда смотрит Кубот».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75–85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Охота за звёздами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Кто получил меньше 3 ⭐ — ищет решение короче. Быстрые — помогают соседям или проходят ↺ варианты ловушек.</w:t>
            </w:r>
          </w:p>
        </w:tc>
      </w:tr>
      <w:tr>
        <w:tc>
          <w:tcPr>
            <w:tcW w:type="dxa" w:w="1020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85–90</w:t>
            </w:r>
          </w:p>
        </w:tc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Итоги</w:t>
            </w:r>
          </w:p>
        </w:tc>
        <w:tc>
          <w:tcPr>
            <w:tcW w:type="dxa" w:w="6576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Вопросы рефлексии, какой приз понравился, что было трудно.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Занятие 1. Остров и робот (уровни 1–5)</w:t>
      </w:r>
    </w:p>
    <w:p>
      <w:r>
        <w:rPr>
          <w:b/>
          <w:i w:val="0"/>
        </w:rPr>
        <w:t>Темы:</w:t>
      </w:r>
      <w:r>
        <w:rPr>
          <w:b w:val="0"/>
          <w:i w:val="0"/>
        </w:rPr>
        <w:t xml:space="preserve"> алгоритм, команды по порядку, повороты, «добыть», «поставить блок».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🧩 Без компьютера (0–10 мин)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Игра «Робот-друг»: на полу скотчем — 4×4 клетки. Один ребёнок — Кубот (не думает сам!), другой выкладывает карточки ⬆️ ↩️ ↪️ и читает их по очереди. Цель — дойти до «плиты»-листочка.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Пример уровня из этого занятия</w:t>
      </w:r>
    </w:p>
    <w:p>
      <w:pPr>
        <w:pStyle w:val="Heading2"/>
      </w:pPr>
      <w:r>
        <w:t>Уровень 1. Дверь заперта  🗺️</w:t>
      </w:r>
    </w:p>
    <w:p>
      <w:r>
        <w:rPr>
          <w:b w:val="0"/>
          <w:i/>
        </w:rPr>
        <w:t>Стив проснулся в хижине на Кубоострове, а дверь заперта! Снаружи стоит робот Кубот. Если он встанет на каменную плиту — дверь откроется.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🗺️ карта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Посчитай клетки по сетке от Кубота до плиты. Одна клетка — один шаг.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Поставь «шаг вперёд» под «▶ когда запущено» три раза и нажми ▶.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Программа — это список команд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Дверь открыта! Теперь ты — Стив. Веди его стрелками к карте 🗺️.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3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2. За углом  🍎</w:t>
      </w:r>
    </w:p>
    <w:p>
      <w:r>
        <w:rPr>
          <w:b w:val="0"/>
          <w:i/>
        </w:rPr>
        <w:t>Плита стоит за углом. Прямо не дойти — Куботу придётся повернуть.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🍎 яблоко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 смотрит вверх. На какой клетке ему нужно повернуть — и в какую сторону?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«шаг вперёд», потом «повернуть направо» и ещё два «шаг вперёд».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Повороты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Свободно! Веди Стива к яблоку 🍎.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↪️ повернуть направо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3. Дерево на пути  🪓</w:t>
      </w:r>
    </w:p>
    <w:p>
      <w:r>
        <w:rPr>
          <w:b w:val="0"/>
          <w:i/>
        </w:rPr>
        <w:t>Дорогу к топору загородило дерево. Кубот умеет его добыть — но только если дерево прямо перед ним.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добыть 1 🪵, остановиться на плите; Стив: 🪓 топор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Дерево уже стоит прямо перед Куботом. Что с ним можно сделать?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«добыть» дерево, потом два «шаг вперёд» до плиты.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добыть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Добыть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Путь свободен! Веди Стива к топору 🪓.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3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⛏️ добыть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4. Два бревна  ⛏️</w:t>
      </w:r>
    </w:p>
    <w:p>
      <w:r>
        <w:rPr>
          <w:b w:val="0"/>
          <w:i/>
        </w:rPr>
        <w:t>Для кирки нужно 2 бревна. Деревья растут вдоль тропинки.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добыть 2 🪵; Стив: ⛏️ кирка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Кирка достаёт только до соседней клетки — сначала подойди к дереву.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Шаг, «добыть», шаг, шаг, «добыть».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добыть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Тропа свободна! Веди Стива к кирке ⛏️.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5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⛏️ добыть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⛏️ добыть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5. Мостик  🎣</w:t>
      </w:r>
    </w:p>
    <w:p>
      <w:r>
        <w:rPr>
          <w:b w:val="0"/>
          <w:i/>
        </w:rPr>
        <w:t>Ручей! Плавать Кубот не умеет. Зато он может поставить блок в воду.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🎣 удочка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Что получится, если поставить блок прямо в воду?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«поставить блок» в воду, потом два «шаг вперёд».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поставить блок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Поставить блок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Мостик готов! Веди Стива к удочке 🎣.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3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p>
      <w:pPr>
        <w:pStyle w:val="Heading3"/>
      </w:pPr>
      <w:r>
        <w:t>Вопросы для рефлексии</w:t>
      </w:r>
    </w:p>
    <w:p>
      <w:pPr>
        <w:pStyle w:val="ListBullet"/>
      </w:pPr>
      <w:r>
        <w:rPr>
          <w:b w:val="0"/>
          <w:i w:val="0"/>
        </w:rPr>
        <w:t>Что такое программа?</w:t>
      </w:r>
    </w:p>
    <w:p>
      <w:pPr>
        <w:pStyle w:val="ListBullet"/>
      </w:pPr>
      <w:r>
        <w:rPr>
          <w:b w:val="0"/>
          <w:i w:val="0"/>
        </w:rPr>
        <w:t>Почему Кубот повернулся, но не сдвинулся?</w:t>
      </w:r>
    </w:p>
    <w:p>
      <w:pPr>
        <w:pStyle w:val="ListBullet"/>
      </w:pPr>
      <w:r>
        <w:rPr>
          <w:b w:val="0"/>
          <w:i w:val="0"/>
        </w:rPr>
        <w:t>Что будет, если поменять блоки местами?</w:t>
      </w:r>
    </w:p>
    <w:p>
      <w:r>
        <w:br w:type="page"/>
      </w:r>
    </w:p>
    <w:p>
      <w:pPr>
        <w:pStyle w:val="Heading1"/>
      </w:pPr>
      <w:r>
        <w:t>Занятие 2. Строим по чертежу (уровни 6–10)</w:t>
      </w:r>
    </w:p>
    <w:p>
      <w:r>
        <w:rPr>
          <w:b/>
          <w:i w:val="0"/>
        </w:rPr>
        <w:t>Темы:</w:t>
      </w:r>
      <w:r>
        <w:rPr>
          <w:b w:val="0"/>
          <w:i w:val="0"/>
        </w:rPr>
        <w:t xml:space="preserve"> зигзаг, чертёж, первый цикл «повторить».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🧩 Без компьютера (0–10 мин)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Чертёж из кубиков: педагог рисует на доске 3 клетки «забора», дети по очереди «строят» его кубиками, стоя на «тропинке». Потом — «Повтори танец»: шаг-шаг-хлопок 4 раза, как записать короче?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0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Пример уровня из этого занятия</w:t>
      </w:r>
    </w:p>
    <w:p>
      <w:pPr>
        <w:pStyle w:val="Heading2"/>
      </w:pPr>
      <w:r>
        <w:t>Уровень 6. Камни-ступеньки  🍞</w:t>
      </w:r>
    </w:p>
    <w:p>
      <w:r>
        <w:rPr>
          <w:b w:val="0"/>
          <w:i/>
        </w:rPr>
        <w:t>Между камнями вьётся тропинка-зигзаг.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🍞 хлеб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Обведи пальцем путь между камнями и посчитай повороты.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Шаг, «повернуть направо», шаг, «повернуть налево», шаг, «повернуть направо», шаг.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Дверь открыта! Веди Стива к хлебу 🍞.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7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↪️ повернуть направо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↩️ повернуть налево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↪️ повернуть направо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7. Арбузы  🧺</w:t>
      </w:r>
    </w:p>
    <w:p>
      <w:r>
        <w:rPr>
          <w:b w:val="0"/>
          <w:i/>
        </w:rPr>
        <w:t>Два арбуза: один впереди, а второй загородил Стиву дорогу.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собрать 2 🍉; Стив: 🧺 корзинка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Добыв первый арбуз, посмотри, где второй — с какой стороны от Кубота?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«шаг вперёд», «добыть», «повернуть направо», «добыть».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добыть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Проход свободен! Веди Стива к корзинке 🧺.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⛏️ добыть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↪️ повернуть направо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⛏️ добыть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8. Чертёж забора  🧶</w:t>
      </w:r>
    </w:p>
    <w:p>
      <w:r>
        <w:rPr>
          <w:b w:val="0"/>
          <w:i/>
        </w:rPr>
        <w:t>Ветер сломал забор у овечьего сарая. Бумс нарисовал чертёж — голубые призрачные блоки. Почини забор, и сторож откроет ворота!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построить по чертежу; Стив: 🧶 клубок шерсти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 ставится только в клетку прямо перед Куботом. Как дотянуться до второй клетки чертежа?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«поставить блок», «повернуть направо», «шаг вперёд», «повернуть налево», «поставить блок».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поставить блок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Строим по чертежу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Ворота открыты! Веди Стива к клубку 🧶.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5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↪️ повернуть направо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↩️ повернуть налево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🧱 поставить блок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9. Длинный коридор  📦</w:t>
      </w:r>
    </w:p>
    <w:p>
      <w:r>
        <w:rPr>
          <w:b w:val="0"/>
          <w:i/>
        </w:rPr>
        <w:t>До плиты длинный коридор. Можно собрать много одинаковых блоков… а можно один цикл!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📦 сундук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Все шаги одинаковые. Есть блок, который умеет повторять!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Положи «шаг вперёд» внутрь «повторить» и выбери 6 раз.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повторить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Цикл «повторить»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Дверь открыта! Веди Стива к сундуку 📦.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2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6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10. Цикл с киркой  🔦</w:t>
      </w:r>
    </w:p>
    <w:p>
      <w:r>
        <w:rPr>
          <w:b w:val="0"/>
          <w:i/>
        </w:rPr>
        <w:t>Три дерева подряд, а за ними плита.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добыть 3 🪵, остановиться на плите; Стив: 🔦 фонарик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Что Кубот делает у каждого дерева? Это и повторяй. А в конце — до плиты.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3 раза { «добыть» «шаг вперёд» }, потом «шаг вперёд».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добыть, повторить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Дверь открыта! Веди Стива к фонарику 🔦.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3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⛏️ добыть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p>
      <w:pPr>
        <w:pStyle w:val="Heading3"/>
      </w:pPr>
      <w:r>
        <w:t>Вопросы для рефлексии</w:t>
      </w:r>
    </w:p>
    <w:p>
      <w:pPr>
        <w:pStyle w:val="ListBullet"/>
      </w:pPr>
      <w:r>
        <w:rPr>
          <w:b w:val="0"/>
          <w:i w:val="0"/>
        </w:rPr>
        <w:t>Как Кубот дотянулся до второй клетки чертежа?</w:t>
      </w:r>
    </w:p>
    <w:p>
      <w:pPr>
        <w:pStyle w:val="ListBullet"/>
      </w:pPr>
      <w:r>
        <w:rPr>
          <w:b w:val="0"/>
          <w:i w:val="0"/>
        </w:rPr>
        <w:t>Сколько блоков сэкономил цикл?</w:t>
      </w:r>
    </w:p>
    <w:p>
      <w:pPr>
        <w:pStyle w:val="ListBullet"/>
      </w:pPr>
      <w:r>
        <w:rPr>
          <w:b w:val="0"/>
          <w:i w:val="0"/>
        </w:rPr>
        <w:t>Когда нужен цикл?</w:t>
      </w:r>
    </w:p>
    <w:p>
      <w:r>
        <w:br w:type="page"/>
      </w:r>
    </w:p>
    <w:p>
      <w:pPr>
        <w:pStyle w:val="Heading1"/>
      </w:pPr>
      <w:r>
        <w:t>Занятие 3. Бумс и узоры (уровни 11–15)</w:t>
      </w:r>
    </w:p>
    <w:p>
      <w:r>
        <w:rPr>
          <w:b/>
          <w:i w:val="0"/>
        </w:rPr>
        <w:t>Темы:</w:t>
      </w:r>
      <w:r>
        <w:rPr>
          <w:b w:val="0"/>
          <w:i w:val="0"/>
        </w:rPr>
        <w:t xml:space="preserve"> взрыв Бумса, цикл с несколькими командами, узор с поворотами.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🧩 Без компьютера (0–10 мин)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Бусы-узор: красная, синяя, синяя — и снова. Дети находят «кусочек, который повторяется». Потом ищут такой кусочек в пути Кубота на экране.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1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Пример уровня из этого занятия</w:t>
      </w:r>
    </w:p>
    <w:p>
      <w:pPr>
        <w:pStyle w:val="Heading2"/>
      </w:pPr>
      <w:r>
        <w:t>Уровень 11. Шахта Бумса  🪙</w:t>
      </w:r>
    </w:p>
    <w:p>
      <w:r>
        <w:rPr>
          <w:b w:val="0"/>
          <w:i/>
        </w:rPr>
        <w:t>Старую шахту завалило треснувшими камнями. Это работа для меня, Бумса! Позови — и БУМ!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🪙 золотая монета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Камни лежат через клетку. Какой кусочек программы повторяется?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3 раза { «взрыв (Бумс)» «шаг вперёд» «шаг вперёд» }.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взрыв (Бумс), повторить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Бумс взрывает!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Шахта свободна! Веди Стива к золотой монете 🪙.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3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💥 взрыв (Бумс)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12. Мост через реку  🛶</w:t>
      </w:r>
    </w:p>
    <w:p>
      <w:r>
        <w:rPr>
          <w:b w:val="0"/>
          <w:i/>
        </w:rPr>
        <w:t>Широкая река. Кубот строит мост — блок за блоком.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🛶 лодка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Поставил — шагнул. Сколько раз? Посчитай клетки воды.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4 раза { «поставить блок» «шаг вперёд» }, потом «шаг вперёд».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поставить блок, повторить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Мост готов! Веди Стива к лодке 🛶.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4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13. Арбузная бахча  🎂</w:t>
      </w:r>
    </w:p>
    <w:p>
      <w:r>
        <w:rPr>
          <w:b w:val="0"/>
          <w:i/>
        </w:rPr>
        <w:t>Вокруг полянки 4 арбуза. Путь Кубота — квадрат.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собрать 4 🍉; Стив: 🎂 торт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Обведи квадрат пальцем. Какой кусочек пути повторяется 4 раза?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4 раза: «шаг вперёд» «шаг вперёд» «добыть» «повернуть направо».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добыть, повторить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Повторяем узор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 центре полянки — торт 🎂! Веди Стива.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5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4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⛏️ добыть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↪️ повернуть направо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14. Каменная лестница  🔭</w:t>
      </w:r>
    </w:p>
    <w:p>
      <w:r>
        <w:rPr>
          <w:b w:val="0"/>
          <w:i/>
        </w:rPr>
        <w:t>Лестница в горы — ступенька за ступенькой.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🔭 подзорная труба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Одна ступенька — это шаг, поворот, шаг и поворот обратно.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3 раза { «шаг вперёд» «повернуть налево» «шаг вперёд» «повернуть направо» }.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повторить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Дверь открыта! Веди Стива по лестнице к подзорной трубе 🔭.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5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3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↩️ повернуть налево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↪️ повернуть направо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15. Забор для овечек  🐑</w:t>
      </w:r>
    </w:p>
    <w:p>
      <w:r>
        <w:rPr>
          <w:b w:val="0"/>
          <w:i/>
        </w:rPr>
        <w:t>Овечки разбегаются! Бумс начертил длинный забор — 4 блока слева от тропинки.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построить по чертежу; Стив: 🐑 овечка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Чертёж слева. Повернуться, поставить, повернуться обратно, шагнуть… и снова!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4 раза { «повернуть налево» «поставить блок» «повернуть направо» «шаг вперёд» }.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поставить блок, повторить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Калитка открыта! Веди Стива к овечке 🐑.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5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4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↩️ повернуть налево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↪️ повернуть направо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</w:tc>
      </w:tr>
    </w:tbl>
    <w:p>
      <w:pPr>
        <w:spacing w:after="40"/>
      </w:pPr>
    </w:p>
    <w:p>
      <w:pPr>
        <w:pStyle w:val="Heading3"/>
      </w:pPr>
      <w:r>
        <w:t>Вопросы для рефлексии</w:t>
      </w:r>
    </w:p>
    <w:p>
      <w:pPr>
        <w:pStyle w:val="ListBullet"/>
      </w:pPr>
      <w:r>
        <w:rPr>
          <w:b w:val="0"/>
          <w:i w:val="0"/>
        </w:rPr>
        <w:t>Что Бумс умеет взрывать, а что — нет?</w:t>
      </w:r>
    </w:p>
    <w:p>
      <w:pPr>
        <w:pStyle w:val="ListBullet"/>
      </w:pPr>
      <w:r>
        <w:rPr>
          <w:b w:val="0"/>
          <w:i w:val="0"/>
        </w:rPr>
        <w:t>Какой кусочек повторялся в «Бахче»?</w:t>
      </w:r>
    </w:p>
    <w:p>
      <w:pPr>
        <w:pStyle w:val="ListBullet"/>
      </w:pPr>
      <w:r>
        <w:rPr>
          <w:b w:val="0"/>
          <w:i w:val="0"/>
        </w:rPr>
        <w:t>Почему в «Заборе» внутри цикла 4 блока?</w:t>
      </w:r>
    </w:p>
    <w:p>
      <w:r>
        <w:br w:type="page"/>
      </w:r>
    </w:p>
    <w:p>
      <w:pPr>
        <w:pStyle w:val="Heading1"/>
      </w:pPr>
      <w:r>
        <w:t>Занятие 4. Кубот смотрит вперёд (уровни 16–20)</w:t>
      </w:r>
    </w:p>
    <w:p>
      <w:r>
        <w:rPr>
          <w:b/>
          <w:i w:val="0"/>
        </w:rPr>
        <w:t>Темы:</w:t>
      </w:r>
      <w:r>
        <w:rPr>
          <w:b w:val="0"/>
          <w:i w:val="0"/>
        </w:rPr>
        <w:t xml:space="preserve"> условие «если» (лава, вода, трещина), «если… иначе».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🧩 Без компьютера (0–10 мин)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Игра «Светофор»: если педагог поднял зелёную карточку — шагаем, иначе — стоим. Потом «если впереди стул — обойди».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1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Пример уровня из этого занятия</w:t>
      </w:r>
    </w:p>
    <w:p>
      <w:pPr>
        <w:pStyle w:val="Heading2"/>
      </w:pPr>
      <w:r>
        <w:t>Уровень 16. Алмазная жила  ⛑️</w:t>
      </w:r>
    </w:p>
    <w:p>
      <w:r>
        <w:rPr>
          <w:b w:val="0"/>
          <w:i/>
        </w:rPr>
        <w:t>В стене пещеры сверкают алмазы! Они справа от тропинки.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добыть 4 💎, остановиться на плите; Стив: ⛑️ шахтёрская каска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Алмаз справа: повернуться к нему, добыть, повернуться обратно, шагнуть.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4 раза { «повернуть направо» «добыть» «повернуть налево» «шаг вперёд» }, потом «шаг вперёд».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добыть, повторить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Дверь открыта! Веди Стива к каске ⛑️.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6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4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↪️ повернуть направо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⛏️ добыть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↩️ повернуть налево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17. Лавовая пещера  💎</w:t>
      </w:r>
    </w:p>
    <w:p>
      <w:r>
        <w:rPr>
          <w:b w:val="0"/>
          <w:i/>
        </w:rPr>
        <w:t>В пещере течёт лава — каждый раз в новом месте! Кубот должен проверять клетку впереди.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💎 алмаз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Нельзя заранее знать, где лава. Кубот должен перед каждым шагом смотреть вперёд.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Внутри «повторить» 8 раз: «если впереди» 🔥 → «поставить блок», потом «шаг вперёд».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поставить блок, повторить, если впереди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Условие «если»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Лава закрыта! Веди Стива к алмазу 💎.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да — 3 варианта карты, программа должна работать во всех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8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❓ если впереди 🔥 лава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18. Ручейки  🐟</w:t>
      </w:r>
    </w:p>
    <w:p>
      <w:r>
        <w:rPr>
          <w:b w:val="0"/>
          <w:i/>
        </w:rPr>
        <w:t>После дождя тропу пересекают ручейки — каждый раз в других местах.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🐟 рыбка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Похоже на лавовую пещеру. Что теперь нужно проверять?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Внутри «повторить» 8 раз: «если впереди» 💧 → «поставить блок», потом «шаг вперёд».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поставить блок, повторить, если впереди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Мостики готовы! Веди Стива к рыбке 🐟.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да — 3 варианта карты, программа должна работать во всех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8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❓ если впереди 💧 вода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19. Треснувшие завалы  🕯️</w:t>
      </w:r>
    </w:p>
    <w:p>
      <w:r>
        <w:rPr>
          <w:b w:val="0"/>
          <w:i/>
        </w:rPr>
        <w:t>Завалы появляются каждый раз в новом месте. Бумс готов — но звать его надо только к трещинам!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🕯️ свеча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Если позвать Бумса туда, где нет трещины, он только пошипит. Значит, сначала — проверить.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Внутри «повторить» 8 раз: «если впереди» 🪨 → «взрыв (Бумс)», потом «шаг вперёд».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взрыв (Бумс), повторить, если впереди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Завалы взорваны! Веди Стива к свече 🕯️.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да — 3 варианта карты, программа должна работать во всех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8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❓ если впереди 🪨 трещина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💥 взрыв (Бумс)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20. Тёмный лес  🧭</w:t>
      </w:r>
    </w:p>
    <w:p>
      <w:r>
        <w:rPr>
          <w:b w:val="0"/>
          <w:i/>
        </w:rPr>
        <w:t>Деревья растут где попало. Кубот решает сам: дерево — добыть, иначе — шагать.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добыть 3 🪵, остановиться на плите; Стив: 🧭 компас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У Кубота два варианта: что делать, если впереди дерево, и что — если нет.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11 раз { «если впереди» 🌳 → «добыть», иначе → «шаг вперёд» }.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добыть, повторить, если впереди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Если… иначе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Лес расчищен! Веди Стива к компасу 🧭.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да — 3 варианта карты, программа должна работать во всех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11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🔀 если впереди 🌳 дерево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⛏️ добыть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↘️ иначе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⬆️ шаг вперёд</w:t>
            </w:r>
          </w:p>
        </w:tc>
      </w:tr>
    </w:tbl>
    <w:p>
      <w:pPr>
        <w:spacing w:after="40"/>
      </w:pPr>
    </w:p>
    <w:p>
      <w:pPr>
        <w:pStyle w:val="Heading3"/>
      </w:pPr>
      <w:r>
        <w:t>Вопросы для рефлексии</w:t>
      </w:r>
    </w:p>
    <w:p>
      <w:pPr>
        <w:pStyle w:val="ListBullet"/>
      </w:pPr>
      <w:r>
        <w:rPr>
          <w:b w:val="0"/>
          <w:i w:val="0"/>
        </w:rPr>
        <w:t>Почему ловушки каждый раз в новом месте?</w:t>
      </w:r>
    </w:p>
    <w:p>
      <w:pPr>
        <w:pStyle w:val="ListBullet"/>
      </w:pPr>
      <w:r>
        <w:rPr>
          <w:b w:val="0"/>
          <w:i w:val="0"/>
        </w:rPr>
        <w:t>Чем «если» отличается от «если… иначе»?</w:t>
      </w:r>
    </w:p>
    <w:p>
      <w:pPr>
        <w:pStyle w:val="ListBullet"/>
      </w:pPr>
      <w:r>
        <w:rPr>
          <w:b w:val="0"/>
          <w:i w:val="0"/>
        </w:rPr>
        <w:t>Зачем звать Бумса только к трещинам?</w:t>
      </w:r>
    </w:p>
    <w:p>
      <w:r>
        <w:br w:type="page"/>
      </w:r>
    </w:p>
    <w:p>
      <w:pPr>
        <w:pStyle w:val="Heading1"/>
      </w:pPr>
      <w:r>
        <w:t>Занятие 5. Сколько угодно шагов (уровни 21–25)</w:t>
      </w:r>
    </w:p>
    <w:p>
      <w:r>
        <w:rPr>
          <w:b/>
          <w:i w:val="0"/>
        </w:rPr>
        <w:t>Темы:</w:t>
      </w:r>
      <w:r>
        <w:rPr>
          <w:b w:val="0"/>
          <w:i w:val="0"/>
        </w:rPr>
        <w:t xml:space="preserve"> «повторять до», лабиринт, первая функция.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🧩 Без компьютера (0–10 мин)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«Иди, пока не дойдёшь до стены» — с закрытыми глазами и помощником. Потом рецепт «бутерброд»: назовём шаги одним словом — это функция!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2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Пример уровня из этого занятия</w:t>
      </w:r>
    </w:p>
    <w:p>
      <w:pPr>
        <w:pStyle w:val="Heading2"/>
      </w:pPr>
      <w:r>
        <w:t>Уровень 21. Тропинка-загадка  🍄</w:t>
      </w:r>
    </w:p>
    <w:p>
      <w:r>
        <w:rPr>
          <w:b w:val="0"/>
          <w:i/>
        </w:rPr>
        <w:t>Волшебная тропинка: каждый раз она разной длины! Сколько шагов до плиты — неизвестно. Кубот должен остановиться ровно на плите.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🍄 волшебный гриб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Число в «повторить» подходит только к одной тропинке. Нужен блок, который сам знает, когда остановиться.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«повторять до» 🟫 { «шаг вперёд» } — всего 2 блока.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повторить, повторять до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Повторять, пока не дойдёшь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Дверь открыта! Веди Стива к волшебному грибу 🍄.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да — 3 варианта карты, программа должна работать во всех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2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🏁 повторять до 🟫 плита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22. Лава до самой плиты  ⚗️</w:t>
      </w:r>
    </w:p>
    <w:p>
      <w:r>
        <w:rPr>
          <w:b w:val="0"/>
          <w:i/>
        </w:rPr>
        <w:t>Пещера каждый раз разной длины, и лава всё время в новом месте.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⚗️ зелье огнестойкости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Объедини два приёма: «повторять до» и проверку лавы.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«повторять до» 🟫 { «если впереди» 🔥 → «поставить блок», потом «шаг вперёд» }.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поставить блок, повторить, повторять до, если впереди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Путь чист! Веди Стива к зелью ⚗️.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да — 3 варианта карты, программа должна работать во всех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🏁 повторять до 🟫 плита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❓ если впереди 🔥 лава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23. Лабиринт  🗝️</w:t>
      </w:r>
    </w:p>
    <w:p>
      <w:r>
        <w:rPr>
          <w:b w:val="0"/>
          <w:i/>
        </w:rPr>
        <w:t>Каменный лабиринт закручен улиткой. Правило простое: свободно — шагай, нет — поворачивай направо.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🗝️ ключ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 не знает дорогу заранее. Но он может каждый раз решать: шагнуть или повернуть.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«повторять до» 🟫: «если впереди» ✅ → «шаг вперёд», иначе → «повернуть направо».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повторять до, если впереди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Дверь открыта! Веди Стива к ключу 🗝️.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🏁 повторять до 🟫 плита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🔀 если впереди ✅ путь свободен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↘️ иначе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↪️ повернуть направо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24. Лес и завалы  🏹</w:t>
      </w:r>
    </w:p>
    <w:p>
      <w:r>
        <w:rPr>
          <w:b w:val="0"/>
          <w:i/>
        </w:rPr>
        <w:t>На лесной тропе и деревья, и треснувшие камни. Кубот и Бумс работают вместе!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🏹 лук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Трещине — Бумс, дереву — кирка, свободно — шаг. Как разложить это по «если»?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«повторять до» 🟫: «если впереди» 🪨 → «взрыв (Бумс)»; «если впереди» 🌳 → «добыть», иначе → «шаг вперёд». Порядок можно поменять.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добыть, взрыв (Бумс), повторять до, если впереди, если впереди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Тропа свободна! Веди Стива к луку 🏹.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да — 3 варианта карты, программа должна работать во всех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6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🏁 повторять до 🟫 плита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❓ если впереди 🪨 трещина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💥 взрыв (Бумс)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🔀 если впереди 🌳 дерево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⛏️ добыть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↘️ иначе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25. Огород Бумса  🎁</w:t>
      </w:r>
    </w:p>
    <w:p>
      <w:r>
        <w:rPr>
          <w:b w:val="0"/>
          <w:i/>
        </w:rPr>
        <w:t>Это мой огород! Помоги посадить ростки на все 6 грядок. Научи Кубота новой команде «грядка» — и просто зови её!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посадить ростки, остановиться на плите; Стив: 🎁 подарок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Что Кубот делает у одной грядки? Это и есть функция «грядка».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 «функция «грядка»»: «повернуть направо» «поставить блок» «повернуть налево» «шаг вперёд». В программу — «повторить» 6 раз с «грядка».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поставить блок, повторить, грядка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Функция — своя команда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Калитка открыта! Бумс приготовил подарок 🎁 — веди Стива.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6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6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🌱 грядка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🌱 функция «грядка»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↪️ повернуть направо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↩️ повернуть налево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p>
      <w:pPr>
        <w:pStyle w:val="Heading3"/>
      </w:pPr>
      <w:r>
        <w:t>Вопросы для рефлексии</w:t>
      </w:r>
    </w:p>
    <w:p>
      <w:pPr>
        <w:pStyle w:val="ListBullet"/>
      </w:pPr>
      <w:r>
        <w:rPr>
          <w:b w:val="0"/>
          <w:i w:val="0"/>
        </w:rPr>
        <w:t>Почему на «Тропинке-загадке» не работает «повторить 6 раз»?</w:t>
      </w:r>
    </w:p>
    <w:p>
      <w:pPr>
        <w:pStyle w:val="ListBullet"/>
      </w:pPr>
      <w:r>
        <w:rPr>
          <w:b w:val="0"/>
          <w:i w:val="0"/>
        </w:rPr>
        <w:t>Как Кубот проходит лабиринт, не зная дороги?</w:t>
      </w:r>
    </w:p>
    <w:p>
      <w:pPr>
        <w:pStyle w:val="ListBullet"/>
      </w:pPr>
      <w:r>
        <w:rPr>
          <w:b w:val="0"/>
          <w:i w:val="0"/>
        </w:rPr>
        <w:t>Что такое функция?</w:t>
      </w:r>
    </w:p>
    <w:p>
      <w:r>
        <w:br w:type="page"/>
      </w:r>
    </w:p>
    <w:p>
      <w:pPr>
        <w:pStyle w:val="Heading1"/>
      </w:pPr>
      <w:r>
        <w:t>Занятие 6. Функции и портал (уровни 26–30)</w:t>
      </w:r>
    </w:p>
    <w:p>
      <w:r>
        <w:rPr>
          <w:b/>
          <w:i w:val="0"/>
        </w:rPr>
        <w:t>Темы:</w:t>
      </w:r>
      <w:r>
        <w:rPr>
          <w:b w:val="0"/>
          <w:i w:val="0"/>
        </w:rPr>
        <w:t xml:space="preserve"> функции со взрывом и проверкой, большие программы.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🧩 Без компьютера (0–10 мин)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«Свой танец»: группа придумывает движение «вертушка» (хлопок, поворот, прыжок) и потом танцует «вертушка, шаг, вертушка». Это функция в танце.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2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Пример уровня из этого занятия</w:t>
      </w:r>
    </w:p>
    <w:p>
      <w:pPr>
        <w:pStyle w:val="Heading2"/>
      </w:pPr>
      <w:r>
        <w:t>Уровень 26. Взрывной тоннель  🧨</w:t>
      </w:r>
    </w:p>
    <w:p>
      <w:r>
        <w:rPr>
          <w:b w:val="0"/>
          <w:i/>
        </w:rPr>
        <w:t>Тоннель с поворотом и четыре завала. Научи Кубота команде «тоннель» — взрыв и два шага.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🧨 фейерверк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Кусочек «взорвать и пройти» повторяется 4 раза, а между ними — один поворот.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 «функция «тоннель»»: «взрыв (Бумс)» «шаг вперёд» «шаг вперёд». Программа: «тоннель» «тоннель» «повернуть направо» «тоннель» «тоннель».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взрыв (Бумс), тоннель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Тоннель готов! Веди Стива к фейерверку 🧨.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8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💥 тоннель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💥 тоннель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↪️ повернуть направо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💥 тоннель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💥 тоннель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💥 функция «тоннель»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💥 взрыв (Бумс)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27. Осторожный шаг  🥾</w:t>
      </w:r>
    </w:p>
    <w:p>
      <w:r>
        <w:rPr>
          <w:b w:val="0"/>
          <w:i/>
        </w:rPr>
        <w:t>Научи Кубота «осторожному шагу»: перед каждым шагом проверять лаву. Тогда пещера любой длины не страшна!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🥾 сапоги-скороходы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Функция может проверять! А программа просто зовёт её, пока Кубот не дойдёт.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 «функция «осторожно»»: «если впереди» 🔥 → «поставить блок», потом «шаг вперёд». Программа: «повторять до» 🟫 { «осторожно» }.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поставить блок, повторять до, если впереди, осторожно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Пещера пройдена! Веди Стива к сапогам 🥾.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да — 3 варианта карты, программа должна работать во всех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5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🏁 повторять до 🟫 плита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🦶 осторожно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🦶 функция «осторожно»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❓ если впереди 🔥 лава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28. Лава и деревья  🛡️</w:t>
      </w:r>
    </w:p>
    <w:p>
      <w:r>
        <w:rPr>
          <w:b w:val="0"/>
          <w:i/>
        </w:rPr>
        <w:t>На тропе и лава, и деревья — каждый раз по-новому.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🛡️ щит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Лаву закрыть, дерево добыть, иначе — шагать. Подумай, в каком порядке проверять.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«повторять до» 🟫: «если впереди» 🔥 → «поставить блок»; «если впереди» 🌳 → «добыть», иначе → «шаг вперёд». Порядок можно поменять.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добыть, поставить блок, повторять до, если впереди, если впереди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Путь чист! Веди Стива к щиту 🛡️.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да — 3 варианта карты, программа должна работать во всех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6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🏁 повторять до 🟫 плита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❓ если впереди 🔥 лава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🔀 если впереди 🌳 дерево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⛏️ добыть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↘️ иначе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29. Последний завал  🔮</w:t>
      </w:r>
    </w:p>
    <w:p>
      <w:r>
        <w:rPr>
          <w:b w:val="0"/>
          <w:i/>
        </w:rPr>
        <w:t>Последний кристалл портала спрятан за завалами и лавой.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остановиться на плите; Стив: 🔮 кристалл портала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Лава — закрыть, трещина — Бумс, свободно — шаг.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«повторять до» 🟫: «если впереди» 🔥 → «поставить блок»; «если впереди» 🪨 → «взрыв (Бумс)», иначе → «шаг вперёд».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поставить блок, взрыв (Бумс), повторять до, если впереди, если впереди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Путь открыт! Веди Стива к кристаллу 🔮.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да — 3 варианта карты, программа должна работать во всех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6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🏁 повторять до 🟫 плита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❓ если впереди 🔥 лава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🔀 если впереди 🪨 трещина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💥 взрыв (Бумс)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↘️ иначе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⬆️ шаг вперёд</w:t>
            </w:r>
          </w:p>
        </w:tc>
      </w:tr>
    </w:tbl>
    <w:p>
      <w:pPr>
        <w:spacing w:after="40"/>
      </w:pPr>
    </w:p>
    <w:p>
      <w:pPr>
        <w:pStyle w:val="Heading2"/>
      </w:pPr>
      <w:r>
        <w:t>Уровень 30. Портал домой  🌀</w:t>
      </w:r>
    </w:p>
    <w:p>
      <w:r>
        <w:rPr>
          <w:b w:val="0"/>
          <w:i/>
        </w:rPr>
        <w:t>Вот он — древний портал! Дорога вьётся спиралью, на ней лава. Кубот дойдёт до портала и включит его.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 (видна ребёнку)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Кубот: дойти до портала; Стив: 🌀 портал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 (спойлер 1)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Это лабиринт-улитка — только с лавой. Вспомни уровень «Лабиринт».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 (спойлер 2)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«повторять до» 🌀: «если впереди» 🔥 → «поставить блок»; «если впереди» ✅ → «шаг вперёд», иначе → «повернуть направо».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на уровне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поставить блок, повторить, повторять до, если впереди, если впереди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Новое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закрепление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Портал светится! Веди Стива в портал 🌀!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Ловушки меняются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да — 3 варианта карты, программа должна работать во всех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6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достигнута; ⭐ — по числу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🏁 повторять до 🌀 портал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❓ если впереди 🔥 лава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🔀 если впереди ✅ путь свободен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↘️ иначе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↪️ повернуть направо</w:t>
            </w:r>
          </w:p>
        </w:tc>
      </w:tr>
    </w:tbl>
    <w:p>
      <w:pPr>
        <w:spacing w:after="40"/>
      </w:pPr>
    </w:p>
    <w:p>
      <w:pPr>
        <w:pStyle w:val="Heading3"/>
      </w:pPr>
      <w:r>
        <w:t>Вопросы для рефлексии</w:t>
      </w:r>
    </w:p>
    <w:p>
      <w:pPr>
        <w:pStyle w:val="ListBullet"/>
      </w:pPr>
      <w:r>
        <w:rPr>
          <w:b w:val="0"/>
          <w:i w:val="0"/>
        </w:rPr>
        <w:t>Зачем придумывать свою команду?</w:t>
      </w:r>
    </w:p>
    <w:p>
      <w:pPr>
        <w:pStyle w:val="ListBullet"/>
      </w:pPr>
      <w:r>
        <w:rPr>
          <w:b w:val="0"/>
          <w:i w:val="0"/>
        </w:rPr>
        <w:t>Какой уровень был самым сложным и почему?</w:t>
      </w:r>
    </w:p>
    <w:p>
      <w:pPr>
        <w:pStyle w:val="ListBullet"/>
      </w:pPr>
      <w:r>
        <w:rPr>
          <w:b w:val="0"/>
          <w:i w:val="0"/>
        </w:rPr>
        <w:t>Чему вы научили Кубота за курс?</w:t>
      </w:r>
    </w:p>
    <w:p>
      <w:r>
        <w:br w:type="page"/>
      </w:r>
    </w:p>
    <w:p>
      <w:pPr>
        <w:pStyle w:val="Heading1"/>
      </w:pPr>
      <w:r>
        <w:t>Частые ошибки и что сказать ребёнку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Что делать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 «упёрся» и стоит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Посмотрите, куда смотрит лицо Кубота. Повороты «налево/направо» — от лица робота, а не от экрана. Предложите встать и повернуться так же.</w:t>
            </w:r>
          </w:p>
        </w:tc>
      </w:tr>
      <w:tr>
        <w:tc>
          <w:tcPr>
            <w:tcW w:type="dxa" w:w="2835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 прошёл мимо плиты или не дошёл</w:t>
            </w:r>
          </w:p>
        </w:tc>
        <w:tc>
          <w:tcPr>
            <w:tcW w:type="dxa" w:w="6803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Считаем клетки по сетке на земле (кнопка ▦). Одна клетка — один «шаг вперёд».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«Впереди нечего добывать»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Кирка и взрыв работают только с тем, что прямо перед Куботом. Сначала подойти вплотную.</w:t>
            </w:r>
          </w:p>
        </w:tc>
      </w:tr>
      <w:tr>
        <w:tc>
          <w:tcPr>
            <w:tcW w:type="dxa" w:w="2835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«Ой, лава!» / «Буль!»</w:t>
            </w:r>
          </w:p>
        </w:tc>
        <w:tc>
          <w:tcPr>
            <w:tcW w:type="dxa" w:w="6803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Перед шагом в лаву или воду нужен «поставить блок».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«В этот раз получилось, но…»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На уровнях с ловушками они меняются каждый запуск. Программа без «если» сработала случайно. Нажмите ↺ — и посмотрите другой вариант.</w:t>
            </w:r>
          </w:p>
        </w:tc>
      </w:tr>
      <w:tr>
        <w:tc>
          <w:tcPr>
            <w:tcW w:type="dxa" w:w="2835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 не встаёт на место</w:t>
            </w:r>
          </w:p>
        </w:tc>
        <w:tc>
          <w:tcPr>
            <w:tcW w:type="dxa" w:w="6803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Тащите блок верхним левым углом к жёлтой полоске. Можно просто кликнуть по блоку слева — он встанет в конец программы. Ненужный блок утащите обратно в палитру.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«Попробуй с функцией»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На уровне «Огород Бумса» обязательно позвать функцию «грядка» — так тренируем новую тему.</w:t>
            </w:r>
          </w:p>
        </w:tc>
      </w:tr>
      <w:tr>
        <w:tc>
          <w:tcPr>
            <w:tcW w:type="dxa" w:w="2835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 «устал»</w:t>
            </w:r>
          </w:p>
        </w:tc>
        <w:tc>
          <w:tcPr>
            <w:tcW w:type="dxa" w:w="6803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Цикл получился бесконечным или слишком большим числом. Проверьте число в «повторить» и что внутри «повторять до» есть шаг.</w:t>
            </w:r>
          </w:p>
        </w:tc>
      </w:tr>
    </w:tbl>
    <w:p>
      <w:pPr>
        <w:spacing w:after="40"/>
      </w:pPr>
    </w:p>
    <w:p>
      <w:pPr>
        <w:pStyle w:val="Heading2"/>
      </w:pPr>
      <w:r>
        <w:t>Как оценивать</w:t>
      </w:r>
    </w:p>
    <w:p>
      <w:pPr>
        <w:pStyle w:val="ListBullet"/>
      </w:pPr>
      <w:r>
        <w:rPr>
          <w:b w:val="0"/>
          <w:i w:val="0"/>
        </w:rPr>
        <w:t xml:space="preserve">Засчитывается </w:t>
      </w:r>
      <w:r>
        <w:rPr>
          <w:b/>
          <w:i w:val="0"/>
        </w:rPr>
        <w:t>любая</w:t>
      </w:r>
      <w:r>
        <w:rPr>
          <w:b w:val="0"/>
          <w:i w:val="0"/>
        </w:rPr>
        <w:t xml:space="preserve"> программа, которая приводит Кубота к цели: порядок блоков может отличаться от решения в методичке. Приложение проверяет только результат и число блоков.</w:t>
      </w:r>
    </w:p>
    <w:p>
      <w:pPr>
        <w:pStyle w:val="ListBullet"/>
      </w:pPr>
      <w:r>
        <w:rPr>
          <w:b w:val="0"/>
          <w:i w:val="0"/>
        </w:rPr>
        <w:t>Уровень пройден — Кубот выполнил задание, Стив дошёл до приза (зелёная кнопка уровня).</w:t>
      </w:r>
    </w:p>
    <w:p>
      <w:pPr>
        <w:pStyle w:val="ListBullet"/>
      </w:pPr>
      <w:r>
        <w:rPr>
          <w:b w:val="0"/>
          <w:i w:val="0"/>
        </w:rPr>
        <w:t>⭐⭐⭐ — самое короткое решение. ⭐⭐ — на 1–3 блока длиннее, ⭐ — длиннее.</w:t>
      </w:r>
    </w:p>
    <w:p>
      <w:pPr>
        <w:pStyle w:val="ListBullet"/>
      </w:pPr>
      <w:r>
        <w:rPr>
          <w:b w:val="0"/>
          <w:i w:val="0"/>
        </w:rPr>
        <w:t>Главное — не звёзды, а объяснение: попросите ребёнка «прочитать» свою программу вслух.</w:t>
      </w:r>
    </w:p>
    <w:p>
      <w:pPr>
        <w:pStyle w:val="Heading2"/>
      </w:pPr>
      <w:r>
        <w:t>Чек-лист перед занятием</w:t>
      </w:r>
    </w:p>
    <w:p>
      <w:pPr>
        <w:pStyle w:val="ListBullet"/>
      </w:pPr>
      <w:r>
        <w:rPr>
          <w:b w:val="0"/>
          <w:i w:val="0"/>
        </w:rPr>
        <w:t>Открыть «Тинкерленд Стив 3D» в Chrome на всех компьютерах (нужен интернет для 3D-библиотеки).</w:t>
      </w:r>
    </w:p>
    <w:p>
      <w:pPr>
        <w:pStyle w:val="ListBullet"/>
      </w:pPr>
      <w:r>
        <w:rPr>
          <w:b w:val="0"/>
          <w:i w:val="0"/>
        </w:rPr>
        <w:t>Проверить звук; при необходимости выключить музыку 🎵.</w:t>
      </w:r>
    </w:p>
    <w:p>
      <w:pPr>
        <w:pStyle w:val="ListBullet"/>
      </w:pPr>
      <w:r>
        <w:rPr>
          <w:b w:val="0"/>
          <w:i w:val="0"/>
        </w:rPr>
        <w:t>Педагогу — включить «Режим педагога» на своём компьютере для показа решений.</w:t>
      </w:r>
    </w:p>
    <w:p>
      <w:pPr>
        <w:pStyle w:val="ListBullet"/>
      </w:pPr>
      <w:r>
        <w:rPr>
          <w:b w:val="0"/>
          <w:i w:val="0"/>
        </w:rPr>
        <w:t>Для 6–7 лет — «👶 только символы» и «Бумс читает вслух».</w:t>
      </w:r>
    </w:p>
    <w:p>
      <w:pPr>
        <w:pStyle w:val="ListBullet"/>
      </w:pPr>
      <w:r>
        <w:rPr>
          <w:b w:val="0"/>
          <w:i w:val="0"/>
        </w:rPr>
        <w:t>Подготовить скотч-клетки на полу и карточки ⬆️ ↩️ ↪️ для разминки.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D32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5A3D22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2E7D3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