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6B7280"/>
          <w:sz w:val="26"/>
        </w:rPr>
        <w:t>Тинкерленд Стив 3D · мастер-класс · 6–10 лет</w:t>
      </w:r>
    </w:p>
    <w:p>
      <w:pPr>
        <w:spacing w:after="40"/>
      </w:pPr>
      <w:r>
        <w:rPr>
          <w:b/>
          <w:i w:val="0"/>
          <w:color w:val="C2255C"/>
          <w:sz w:val="52"/>
        </w:rPr>
        <w:t>⭐ Затерянный храм</w:t>
      </w:r>
    </w:p>
    <w:p>
      <w:pPr>
        <w:spacing w:after="240"/>
      </w:pPr>
      <w:r>
        <w:rPr>
          <w:b w:val="0"/>
          <w:i w:val="0"/>
          <w:color w:val="5A3D22"/>
          <w:sz w:val="26"/>
        </w:rPr>
        <w:t>Мастер-класс 1 на 45–60 минут: 10 залов, взрывы Бумса, ловушки с лавой и корона фараона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2-bo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Зал 2: Бумс взрывает завал — «БУМ!»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82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45–60 минут попробовать главные идеи программирования: последовательность, цикл, условие и «повторять до» — и получить яркий результат.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82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Каждый ребёнок проходит 10 залов храма и находит корону фараона. Финал — фейерверк на экране. Короткая версия на 30 минут: залы 1, 2, 4, 6, 10.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Группа</w:t>
            </w:r>
          </w:p>
        </w:tc>
        <w:tc>
          <w:tcPr>
            <w:tcW w:type="dxa" w:w="782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6–12 детей 6–10 лет, у каждого компьютер (или по двое: один программирует, другой ведёт Стива — потом меняются).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Как открыть</w:t>
            </w:r>
          </w:p>
        </w:tc>
        <w:tc>
          <w:tcPr>
            <w:tcW w:type="dxa" w:w="782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Тинкерленд Стив 3D → «⭐ Мастер-классы» → «Тайна затерянного храма».</w:t>
            </w:r>
          </w:p>
        </w:tc>
      </w:tr>
      <w:tr>
        <w:tc>
          <w:tcPr>
            <w:tcW w:type="dxa" w:w="181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Нужно</w:t>
            </w:r>
          </w:p>
        </w:tc>
        <w:tc>
          <w:tcPr>
            <w:tcW w:type="dxa" w:w="7824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Chrome, интернет, колонки (звук взрывов — половина восторга!), проектор для педагога.</w:t>
            </w:r>
          </w:p>
        </w:tc>
      </w:tr>
    </w:tbl>
    <w:p>
      <w:pPr>
        <w:spacing w:after="40"/>
      </w:pPr>
    </w:p>
    <w:p>
      <w:pPr>
        <w:pStyle w:val="Heading2"/>
      </w:pPr>
      <w:r>
        <w:t>Подготовка (5 минут до начала)</w:t>
      </w:r>
    </w:p>
    <w:p>
      <w:pPr>
        <w:pStyle w:val="ListBullet"/>
      </w:pPr>
      <w:r>
        <w:rPr>
          <w:b w:val="0"/>
          <w:i w:val="0"/>
        </w:rPr>
        <w:t>Открыть мастер-класс на всех компьютерах, нажать «В путь!» в окне истории.</w:t>
      </w:r>
    </w:p>
    <w:p>
      <w:pPr>
        <w:pStyle w:val="ListBullet"/>
      </w:pPr>
      <w:r>
        <w:rPr>
          <w:b w:val="0"/>
          <w:i w:val="0"/>
        </w:rPr>
        <w:t>Проверить звук. Музыку 🎵 можно оставить тихо.</w:t>
      </w:r>
    </w:p>
    <w:p>
      <w:pPr>
        <w:pStyle w:val="ListBullet"/>
      </w:pPr>
      <w:r>
        <w:rPr>
          <w:b w:val="0"/>
          <w:i w:val="0"/>
        </w:rPr>
        <w:t>Для 6–7 лет: ⚙️ → «👶 только символы» и «Бумс читает вслух».</w:t>
      </w:r>
    </w:p>
    <w:p>
      <w:pPr>
        <w:pStyle w:val="ListBullet"/>
      </w:pPr>
      <w:r>
        <w:rPr>
          <w:b w:val="0"/>
          <w:i w:val="0"/>
        </w:rPr>
        <w:t>На своём компьютере — «Режим педагога» (⚙️), чтобы показывать решения на проекторе.</w:t>
      </w:r>
    </w:p>
    <w:p>
      <w:pPr>
        <w:pStyle w:val="Heading2"/>
      </w:pPr>
      <w:r>
        <w:t>Сюжет — рассказать в начале (2 минуты)</w:t>
      </w:r>
    </w:p>
    <w:p>
      <w:r>
        <w:rPr>
          <w:b w:val="0"/>
          <w:i/>
        </w:rPr>
        <w:t xml:space="preserve">«Ребята, наш друг Бумс — зелёный житель острова — нашёл старую карту. На ней затерянный храм в пустыне, а внутри — </w:t>
      </w:r>
      <w:r>
        <w:rPr>
          <w:b/>
          <w:i/>
        </w:rPr>
        <w:t>корона фараона</w:t>
      </w:r>
      <w:r>
        <w:rPr>
          <w:b w:val="0"/>
          <w:i/>
        </w:rPr>
        <w:t xml:space="preserve">! Но в храме ловушки: каменные двери, завалы, лава. Стив сам туда не пройдёт. Поможет робот Кубот — но он понимает только </w:t>
      </w:r>
      <w:r>
        <w:rPr>
          <w:b/>
          <w:i/>
        </w:rPr>
        <w:t>команды-блоки</w:t>
      </w:r>
      <w:r>
        <w:rPr>
          <w:b w:val="0"/>
          <w:i/>
        </w:rPr>
        <w:t>. Вы — программисты Кубота. А Бумс умеет кое-что особенное… увидите!»</w:t>
      </w:r>
    </w:p>
    <w:p>
      <w:pPr>
        <w:pStyle w:val="Heading2"/>
      </w:pPr>
      <w:r>
        <w:t>Ход мастер-класса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907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Минуты</w:t>
            </w:r>
          </w:p>
        </w:tc>
        <w:tc>
          <w:tcPr>
            <w:tcW w:type="dxa" w:w="2041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Зал</w:t>
            </w:r>
          </w:p>
        </w:tc>
        <w:tc>
          <w:tcPr>
            <w:tcW w:type="dxa" w:w="2494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Новое</w:t>
            </w:r>
          </w:p>
        </w:tc>
        <w:tc>
          <w:tcPr>
            <w:tcW w:type="dxa" w:w="4195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0–3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Сюжет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кто есть кто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Рассказать историю, показать экран: Кубот, Стив, Бумс, блоки, ▶.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3–7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1. Вход в храм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Программа — это список команд, Повороты</w:t>
            </w:r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Пусть дети сами посчитают клетки по сетке. Первый запуск — все вместе: «Три, два, один — ▶!»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7–12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2. Бумс, взрывай!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Цикл «повторить», Бумс взрывает!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Карточка «Бумс взрывает!». Изобразите шипение «ш-ш-ш…» — и хором: «БУМ!»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12–16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3. Подземная река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Поставить блок</w:t>
            </w:r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Напомнить: «поставил — шагнул». Сколько раз? Посчитайте воду.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16–22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4. Ловушка с лавой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Условие «если»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«Почему лава каждый раз в другом месте? Можно ли написать программу один раз для всех?» Нажимать ↺ несколько раз.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22–27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5. Зал алмазов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Добыть</w:t>
            </w:r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«Как добыть алмаз, если он сбоку?» — повернуться, добыть, повернуться обратно.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27–33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6. Река в пустыне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закрепление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Самый длинный мост: «два кусочка моста и поворот между ними».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33–38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7. Тайная стена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закрепление</w:t>
            </w:r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«Бумс взрывает только трещины! Что будет, если позвать его к целой стене?» — проверить.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38–43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8. Лестница фараона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Повторяем узор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«Одна ступенька — это какие блоки?» Найти узор и положить его в цикл.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43–50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9. Лабиринт пирамиды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Повторять, пока не дойдёшь, Если… иначе</w:t>
            </w:r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Правило лабиринта: «свободно — шагай, нет — поворачивай направо». Прочитать вслух, как сказку.</w:t>
            </w:r>
          </w:p>
        </w:tc>
      </w:tr>
      <w:tr>
        <w:tc>
          <w:tcPr>
            <w:tcW w:type="dxa" w:w="907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50–57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10. Сокровищница</w:t>
            </w:r>
          </w:p>
        </w:tc>
        <w:tc>
          <w:tcPr>
            <w:tcW w:type="dxa" w:w="2494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закрепление</w:t>
            </w:r>
          </w:p>
        </w:tc>
        <w:tc>
          <w:tcPr>
            <w:tcW w:type="dxa" w:w="4195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Финал: прочитать решение вслух: «Повторяй, пока не дойдёшь: если лава — закрой, если трещина — взрывай, иначе — шагай». Порядок проверок можно поменять.</w:t>
            </w:r>
          </w:p>
        </w:tc>
      </w:tr>
      <w:tr>
        <w:tc>
          <w:tcPr>
            <w:tcW w:type="dxa" w:w="907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38–40</w:t>
            </w:r>
          </w:p>
        </w:tc>
        <w:tc>
          <w:tcPr>
            <w:tcW w:type="dxa" w:w="2041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Финал</w:t>
            </w:r>
          </w:p>
        </w:tc>
        <w:tc>
          <w:tcPr>
            <w:tcW w:type="dxa" w:w="2494"/>
            <w:shd w:val="clear" w:color="auto" w:fill="F3F7EF"/>
          </w:tcPr>
          <w:p>
            <w:pPr>
              <w:spacing w:after="20"/>
            </w:pPr>
            <w:r/>
          </w:p>
        </w:tc>
        <w:tc>
          <w:tcPr>
            <w:tcW w:type="dxa" w:w="419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19"/>
              </w:rPr>
              <w:t>Аплодисменты, фото у экрана с короной. Вопросы: «Что делал цикл? Что делало “если”?»</w:t>
            </w:r>
          </w:p>
        </w:tc>
      </w:tr>
    </w:tbl>
    <w:p>
      <w:pPr>
        <w:spacing w:after="40"/>
      </w:pPr>
    </w:p>
    <w:p>
      <w:pPr>
        <w:pStyle w:val="Heading2"/>
      </w:pPr>
      <w:r>
        <w:t>Зал 1. Вход в храм  🔦  (3–7 мин)</w:t>
      </w:r>
    </w:p>
    <w:p>
      <w:r>
        <w:rPr>
          <w:b w:val="0"/>
          <w:i/>
        </w:rPr>
        <w:t>Бумс нашёл карту затерянного храма! Вход закрыт каменной дверью. Плита — за углом.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Посчитай клетки до угла и подумай, куда повернуть.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Три «шаг вперёд», «повернуть направо», ещё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Каменная дверь храма уезжает в пол.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храма открыта! Веди Стива к факелу 🔦.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Пусть дети сами посчитают клетки по сетке. Первый запуск — все вместе: «Три, два, один — ▶!»</w:t>
            </w:r>
          </w:p>
        </w:tc>
      </w:tr>
    </w:tbl>
    <w:p>
      <w:pPr>
        <w:spacing w:after="40"/>
      </w:pPr>
    </w:p>
    <w:p>
      <w:pPr>
        <w:pStyle w:val="Heading2"/>
      </w:pPr>
      <w:r>
        <w:t>Зал 2. Бумс, взрывай!  💎  (7–12 мин)</w:t>
      </w:r>
    </w:p>
    <w:p>
      <w:r>
        <w:rPr>
          <w:b w:val="0"/>
          <w:i/>
        </w:rPr>
        <w:t>Коридор завален треснувшими камнями. Четыре камня подряд — четыре БУМА!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Взрыв и шаг — и так у каждого камня.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 { «взрыв (Бумс)» «шаг вперёд» }, потом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взрыв (Бумс), повторить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Четыре взрыва подряд, вспышка и тряска экрана.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Завал расчищен! Веди Стива к алмазу 💎.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Карточка «Бумс взрывает!». Изобразите шипение «ш-ш-ш…» — и хором: «БУМ!»</w:t>
            </w:r>
          </w:p>
        </w:tc>
      </w:tr>
    </w:tbl>
    <w:p>
      <w:pPr>
        <w:spacing w:after="40"/>
      </w:pPr>
    </w:p>
    <w:p>
      <w:pPr>
        <w:pStyle w:val="Heading2"/>
      </w:pPr>
      <w:r>
        <w:t>Зал 3. Подземная река  🪔  (12–16 мин)</w:t>
      </w:r>
    </w:p>
    <w:p>
      <w:r>
        <w:rPr>
          <w:b w:val="0"/>
          <w:i/>
        </w:rPr>
        <w:t>Под храмом течёт подземная река. Кубот строит мост.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Поставить и шагнуть — сколько раз? Посчитай воду.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раза { «поставить блок» «шаг вперёд» }, потом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вырастает над подземной рекой.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готов! Веди Стива к лампе 🪔.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Напомнить: «поставил — шагнул». Сколько раз? Посчитайте воду.</w:t>
            </w:r>
          </w:p>
        </w:tc>
      </w:tr>
    </w:tbl>
    <w:p>
      <w:pPr>
        <w:spacing w:after="40"/>
      </w:pPr>
    </w:p>
    <w:p>
      <w:pPr>
        <w:pStyle w:val="Heading2"/>
      </w:pPr>
      <w:r>
        <w:t>Зал 4. Ловушка с лавой  🏺  (16–22 мин)</w:t>
      </w:r>
    </w:p>
    <w:p>
      <w:r>
        <w:rPr>
          <w:b w:val="0"/>
          <w:i/>
        </w:rPr>
        <w:t>Ловушка! Из пола течёт лава — каждый раз в новом месте.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Перед каждым шагом Кубот должен посмотреть вперёд.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Внутри «повторить» 8 раз: «если впереди» 🔥 → «поставить блок», потом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повторить, если впереди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Над Куботом появляются 🔥 ✔️ / ✖️ — он сам проверяет клетки.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Ловушка обезврежена! Веди Стива к вазе 🏺.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8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«Почему лава каждый раз в другом месте? Можно ли написать программу один раз для всех?» Нажимать ↺ несколько раз.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lav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Зал 4: лава в новом месте при каждом ↺</w:t>
      </w:r>
    </w:p>
    <w:p>
      <w:pPr>
        <w:pStyle w:val="Heading2"/>
      </w:pPr>
      <w:r>
        <w:t>Зал 5. Зал алмазов  💍  (22–27 мин)</w:t>
      </w:r>
    </w:p>
    <w:p>
      <w:r>
        <w:rPr>
          <w:b w:val="0"/>
          <w:i/>
        </w:rPr>
        <w:t>В стене зала сверкают алмазы — четыре подряд, справа от Кубота.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Повернуться к алмазу, добыть, повернуться обратно, шагнуть.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4 раза { «повернуть направо» «добыть» «повернуть налево» «шаг вперёд» }, потом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добыть, повторить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Алмазы вылетают из стены сверкающими искрами.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перстню 💍.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4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⛏️ добыть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«Как добыть алмаз, если он сбоку?» — повернуться, добыть, повернуться обратно.</w:t>
            </w:r>
          </w:p>
        </w:tc>
      </w:tr>
    </w:tbl>
    <w:p>
      <w:pPr>
        <w:spacing w:after="40"/>
      </w:pPr>
    </w:p>
    <w:p>
      <w:pPr>
        <w:pStyle w:val="Heading2"/>
      </w:pPr>
      <w:r>
        <w:t>Зал 6. Река в пустыне  🗝️  (27–33 мин)</w:t>
      </w:r>
    </w:p>
    <w:p>
      <w:r>
        <w:rPr>
          <w:b w:val="0"/>
          <w:i/>
        </w:rPr>
        <w:t>Ключ от сокровищницы — на островке посреди оазиса. Нужен мост с поворотом!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из двух частей, а между ними — поворот.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{ «поставить блок» «шаг вперёд» }, «шаг вперёд», «повернуть налево», «повторить» 2 { «поставить блок» «шаг вперёд» },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поставить блок, повторить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через оазис, Стив идёт к ключу.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Мост готов! Веди Стива к золотому ключу 🗝️.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9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2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Самый длинный мост: «два кусочка моста и поворот между ними».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ri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Зал 6: мост с поворотом через оазис</w:t>
      </w:r>
    </w:p>
    <w:p>
      <w:pPr>
        <w:pStyle w:val="Heading2"/>
      </w:pPr>
      <w:r>
        <w:t>Зал 7. Тайная стена  📜  (33–38 мин)</w:t>
      </w:r>
    </w:p>
    <w:p>
      <w:r>
        <w:rPr>
          <w:b w:val="0"/>
          <w:i/>
        </w:rPr>
        <w:t>Тайные стены с трещинами появляются в разных местах. Бумс взорвёт их — но только если трещина впереди!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Позовёшь Бумса к целой клетке — он только пошипит. Проверяй!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Внутри «повторить» 8 раз: «если впереди» 🪨 → «взрыв (Бумс)», потом «шаг вперёд».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взрыв (Бумс), повторить, если впереди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Бумс выбирает сам: «пш-ш» у целых стен и БУМ у трещин.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Проход открыт! Веди Стива к свитку 📜.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8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🪨 трещина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«Бумс взрывает только трещины! Что будет, если позвать его к целой стене?» — проверить.</w:t>
            </w:r>
          </w:p>
        </w:tc>
      </w:tr>
    </w:tbl>
    <w:p>
      <w:pPr>
        <w:spacing w:after="40"/>
      </w:pPr>
    </w:p>
    <w:p>
      <w:pPr>
        <w:pStyle w:val="Heading2"/>
      </w:pPr>
      <w:r>
        <w:t>Зал 8. Лестница фараона  🪲  (38–43 мин)</w:t>
      </w:r>
    </w:p>
    <w:p>
      <w:r>
        <w:rPr>
          <w:b w:val="0"/>
          <w:i/>
        </w:rPr>
        <w:t>Лестница вверх, к сокровищнице. Ступенька за ступенькой.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Одна ступенька: шаг, поворот, шаг, поворот обратно.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«повторить» 3 раза { «шаг вперёд» «повернуть налево» «шаг вперёд» «повернуть направо» }.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повторить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поднимается по лестнице фараона.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золотому жуку 🪲.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5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🔁 повторить 3 раз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↩️ повернуть налево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↪️ повернуть направо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«Одна ступенька — это какие блоки?» Найти узор и положить его в цикл.</w:t>
            </w:r>
          </w:p>
        </w:tc>
      </w:tr>
    </w:tbl>
    <w:p>
      <w:pPr>
        <w:spacing w:after="40"/>
      </w:pPr>
    </w:p>
    <w:p>
      <w:pPr>
        <w:pStyle w:val="Heading2"/>
      </w:pPr>
      <w:r>
        <w:t>Зал 9. Лабиринт пирамиды  💰  (43–50 мин)</w:t>
      </w:r>
    </w:p>
    <w:p>
      <w:r>
        <w:rPr>
          <w:b w:val="0"/>
          <w:i/>
        </w:rPr>
        <w:t>Лабиринт закручен улиткой. Правило: свободно — шагай, нет — поворачивай направо.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не знает дорогу, но может каждый раз решать: шагнуть или повернуть.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✅ → «шаг вперёд», иначе → «повернуть направо».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повернуть налево, повернуть направо, повторять до, если впереди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сам находит дорогу в лабиринте любой формы.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Дверь открыта! Веди Стива к золоту 💰.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4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✅ путь свободен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↪️ повернуть направо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Правило лабиринта: «свободно — шагай, нет — поворачивай направо». Прочитать вслух, как сказку.</w:t>
            </w:r>
          </w:p>
        </w:tc>
      </w:tr>
    </w:tbl>
    <w:p>
      <w:pPr>
        <w:spacing w:after="40"/>
      </w:pPr>
    </w:p>
    <w:p>
      <w:pPr>
        <w:pStyle w:val="Heading2"/>
      </w:pPr>
      <w:r>
        <w:t>Зал 10. Сокровищница  👑  (50–57 мин)</w:t>
      </w:r>
    </w:p>
    <w:p>
      <w:r>
        <w:rPr>
          <w:b w:val="0"/>
          <w:i/>
        </w:rPr>
        <w:t>Финал! В сокровищнице и лава, и завалы — каждый раз по-новому.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💡 Идея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Лава — закрыть, трещина — Бумс, свободно — шаг. И так, пока не дойдёшь.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🧩 Как собрать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«повторять до» 🟫: «если впереди» 🔥 → «поставить блок»; «если впереди» 🪨 → «взрыв (Бумс)», иначе → «шаг вперёд». Порядок можно поменять.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Блоки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шаг вперёд, поставить блок, взрыв (Бумс), повторять до, если впереди, если впереди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Вау-момент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Взрывы + лава + корона фараона, фейерверк и фанфары.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Ход Стива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Сокровищница открыта! Веди Стива к короне 👑!</w:t>
            </w:r>
          </w:p>
        </w:tc>
      </w:tr>
      <w:tr>
        <w:tc>
          <w:tcPr>
            <w:tcW w:type="dxa" w:w="1701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⭐⭐⭐</w:t>
            </w:r>
          </w:p>
        </w:tc>
        <w:tc>
          <w:tcPr>
            <w:tcW w:type="dxa" w:w="7937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за 6 блоков</w:t>
            </w:r>
          </w:p>
        </w:tc>
      </w:tr>
    </w:tbl>
    <w:p>
      <w:pPr>
        <w:spacing w:after="40"/>
      </w:pPr>
    </w:p>
    <w:p>
      <w:pPr>
        <w:spacing w:after="20"/>
      </w:pPr>
      <w:r>
        <w:rPr>
          <w:b/>
          <w:i w:val="0"/>
        </w:rPr>
        <w:t>Одно из решений</w:t>
      </w:r>
      <w:r>
        <w:rPr>
          <w:b w:val="0"/>
          <w:i w:val="0"/>
        </w:rPr>
        <w:t xml:space="preserve"> (засчитывается любое, где цель достигнута):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3FF"/>
          </w:tcPr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>▶ когда запущено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🏁 повторять до 🟫 плита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❓ если впереди 🔥 лава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🧱 поставить блок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🔀 если впереди 🪨 трещина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💥 взрыв (Бумс)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↘️ иначе</w:t>
            </w:r>
          </w:p>
          <w:p>
            <w:pPr>
              <w:spacing w:after="0"/>
            </w:pPr>
            <w:r>
              <w:rPr>
                <w:rFonts w:ascii="Consolas" w:hAnsi="Consolas" w:eastAsia="Consolas"/>
                <w:sz w:val="21"/>
              </w:rPr>
              <w:t xml:space="preserve">            ⬆️ шаг вперёд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r>
              <w:rPr>
                <w:b/>
                <w:i w:val="0"/>
                <w:color w:val="5A3D22"/>
                <w:sz w:val="23"/>
              </w:rPr>
              <w:t>💬 Что сказать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Финал: прочитать решение вслух: «Повторяй, пока не дойдёшь: если лава — закрой, если трещина — взрывай, иначе — шагай». Порядок проверок можно поменять.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final-ope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6B7280"/>
          <w:sz w:val="19"/>
        </w:rPr>
        <w:t>Зал 10: Кубот прошёл ловушки, Стив идёт к короне</w:t>
      </w:r>
    </w:p>
    <w:p>
      <w:pPr>
        <w:pStyle w:val="Heading2"/>
      </w:pPr>
      <w:r>
        <w:t>Если кто-то закончил раньше</w:t>
      </w:r>
    </w:p>
    <w:p>
      <w:pPr>
        <w:pStyle w:val="ListBullet"/>
      </w:pPr>
      <w:r>
        <w:rPr>
          <w:b w:val="0"/>
          <w:i w:val="0"/>
        </w:rPr>
        <w:t>Нажать ↺ в залах 4, 7 и 10 — проверить, что программа работает при любых ловушках.</w:t>
      </w:r>
    </w:p>
    <w:p>
      <w:pPr>
        <w:pStyle w:val="ListBullet"/>
      </w:pPr>
      <w:r>
        <w:rPr>
          <w:b w:val="0"/>
          <w:i w:val="0"/>
        </w:rPr>
        <w:t>Собрать решения на 3 ⭐ во всех залах.</w:t>
      </w:r>
    </w:p>
    <w:p>
      <w:pPr>
        <w:pStyle w:val="ListBullet"/>
      </w:pPr>
      <w:r>
        <w:rPr>
          <w:b w:val="0"/>
          <w:i w:val="0"/>
        </w:rPr>
        <w:t>Помочь соседу — но только словами, без мышки!</w:t>
      </w:r>
    </w:p>
    <w:p>
      <w:pPr>
        <w:pStyle w:val="ListBullet"/>
      </w:pPr>
      <w:r>
        <w:rPr>
          <w:b w:val="0"/>
          <w:i w:val="0"/>
        </w:rPr>
        <w:t>Перейти в «🎓 Курс» и пройти первые уровни Кубоострова.</w:t>
      </w:r>
    </w:p>
    <w:p>
      <w:pPr>
        <w:pStyle w:val="Heading2"/>
      </w:pPr>
      <w:r>
        <w:t>Частые трудности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2E7D32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20"/>
              </w:rPr>
              <w:t>Что делать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«упёрся» и стоит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Посмотрите, куда смотрит лицо Кубота. Повороты «налево/направо» — от лица робота, а не от экрана. Предложите встать и повернуться так же.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Кубот прошёл мимо плиты или не дошёл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Считаем клетки по сетке на земле (кнопка ▦). Одна клетка — один «шаг вперёд».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«Впереди нечего добывать»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Кирка и взрыв работают только с тем, что прямо перед Куботом. Сначала подойти вплотную.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«Ой, лава!» / «Буль!»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Перед шагом в лаву или воду нужен «поставить блок».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«В этот раз получилось, но…»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На уровнях с ловушками они меняются каждый запуск. Программа без «если» сработала случайно. Нажмите ↺ — и посмотрите другой вариант.</w:t>
            </w:r>
          </w:p>
        </w:tc>
      </w:tr>
      <w:tr>
        <w:tc>
          <w:tcPr>
            <w:tcW w:type="dxa" w:w="2835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Блок не встаёт на место</w:t>
            </w:r>
          </w:p>
        </w:tc>
        <w:tc>
          <w:tcPr>
            <w:tcW w:type="dxa" w:w="6803"/>
            <w:shd w:val="clear" w:color="auto" w:fill="F3F7EF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Тащите блок верхним левым углом к жёлтой полоске. Можно просто кликнуть по блоку слева — он встанет в конец программы. Ненужный блок утащите обратно в палитру.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Бумс говорит «пш-ш…» и не взрывает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b w:val="0"/>
                <w:i w:val="0"/>
                <w:sz w:val="20"/>
              </w:rPr>
              <w:t>Впереди нет треснувшего камня — Бумс взрывает только 🪨 с трещинами прямо перед Куботом.</w:t>
            </w:r>
          </w:p>
        </w:tc>
      </w:tr>
    </w:tbl>
    <w:p>
      <w:pPr>
        <w:spacing w:after="40"/>
      </w:pPr>
    </w:p>
    <w:p>
      <w:pPr>
        <w:pStyle w:val="Heading2"/>
      </w:pPr>
      <w:r>
        <w:t>Вопросы в конце</w:t>
      </w:r>
    </w:p>
    <w:p>
      <w:pPr>
        <w:pStyle w:val="ListBullet"/>
      </w:pPr>
      <w:r>
        <w:rPr>
          <w:b w:val="0"/>
          <w:i w:val="0"/>
        </w:rPr>
        <w:t>Что делает цикл «повторить»?</w:t>
      </w:r>
    </w:p>
    <w:p>
      <w:pPr>
        <w:pStyle w:val="ListBullet"/>
      </w:pPr>
      <w:r>
        <w:rPr>
          <w:b w:val="0"/>
          <w:i w:val="0"/>
        </w:rPr>
        <w:t>Как Кубот узнаёт, что впереди лава?</w:t>
      </w:r>
    </w:p>
    <w:p>
      <w:pPr>
        <w:pStyle w:val="ListBullet"/>
      </w:pPr>
      <w:r>
        <w:rPr>
          <w:b w:val="0"/>
          <w:i w:val="0"/>
        </w:rPr>
        <w:t>Почему в последнем зале не нужно считать шаги?</w:t>
      </w:r>
    </w:p>
    <w:p>
      <w:pPr>
        <w:pStyle w:val="ListBullet"/>
      </w:pPr>
      <w:r>
        <w:rPr>
          <w:b w:val="0"/>
          <w:i w:val="0"/>
        </w:rPr>
        <w:t>Где в жизни бывают роботы, которые «смотрят» и решают сами?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5A3D22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2E7D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